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DC3EB" w14:textId="77777777" w:rsidR="00893551" w:rsidRDefault="00000000">
      <w:pPr>
        <w:pStyle w:val="Ttulo1"/>
        <w:rPr>
          <w:color w:val="000000" w:themeColor="text1"/>
        </w:rPr>
      </w:pPr>
      <w:r w:rsidRPr="00F03AF0">
        <w:rPr>
          <w:color w:val="000000" w:themeColor="text1"/>
        </w:rPr>
        <w:t>MINUTA DE REUNIÓN</w:t>
      </w:r>
    </w:p>
    <w:p w14:paraId="76A6ECFD" w14:textId="77777777" w:rsidR="00F03AF0" w:rsidRPr="00F03AF0" w:rsidRDefault="00F03AF0" w:rsidP="00F03AF0"/>
    <w:p w14:paraId="7C81F518" w14:textId="77777777" w:rsidR="00893551" w:rsidRDefault="00000000">
      <w:r>
        <w:rPr>
          <w:b/>
        </w:rPr>
        <w:t xml:space="preserve">Fecha: </w:t>
      </w:r>
      <w:r>
        <w:t>10 de marzo de 2025</w:t>
      </w:r>
    </w:p>
    <w:p w14:paraId="20A49B0C" w14:textId="77777777" w:rsidR="00893551" w:rsidRDefault="00000000">
      <w:r>
        <w:rPr>
          <w:b/>
        </w:rPr>
        <w:t xml:space="preserve">Lugar: </w:t>
      </w:r>
      <w:r>
        <w:t>Sala de juntas</w:t>
      </w:r>
    </w:p>
    <w:p w14:paraId="65DCE277" w14:textId="77777777" w:rsidR="00893551" w:rsidRDefault="00000000">
      <w:r>
        <w:rPr>
          <w:b/>
        </w:rPr>
        <w:t xml:space="preserve">Hora: </w:t>
      </w:r>
      <w:r>
        <w:t>9:00 a.m.</w:t>
      </w:r>
    </w:p>
    <w:p w14:paraId="5D2A23C6" w14:textId="77777777" w:rsidR="00F03AF0" w:rsidRDefault="00000000">
      <w:pPr>
        <w:rPr>
          <w:b/>
        </w:rPr>
      </w:pPr>
      <w:r>
        <w:rPr>
          <w:b/>
        </w:rPr>
        <w:t xml:space="preserve">Participantes: </w:t>
      </w:r>
    </w:p>
    <w:p w14:paraId="65E8D787" w14:textId="7021D660" w:rsidR="00893551" w:rsidRDefault="00000000">
      <w:r>
        <w:t>Juan Pérez</w:t>
      </w:r>
      <w:r>
        <w:br/>
        <w:t>María Gómez</w:t>
      </w:r>
      <w:r>
        <w:br/>
        <w:t>Carlos Rodríguez</w:t>
      </w:r>
    </w:p>
    <w:p w14:paraId="2924496E" w14:textId="77777777" w:rsidR="00F03AF0" w:rsidRDefault="00000000">
      <w:pPr>
        <w:rPr>
          <w:b/>
        </w:rPr>
      </w:pPr>
      <w:r>
        <w:rPr>
          <w:b/>
        </w:rPr>
        <w:t xml:space="preserve">Objetivo de la reunión: </w:t>
      </w:r>
    </w:p>
    <w:p w14:paraId="30A15041" w14:textId="1EAB3531" w:rsidR="00893551" w:rsidRDefault="00000000">
      <w:proofErr w:type="spellStart"/>
      <w:r>
        <w:t>Revisar</w:t>
      </w:r>
      <w:proofErr w:type="spellEnd"/>
      <w:r>
        <w:t xml:space="preserve"> el </w:t>
      </w:r>
      <w:proofErr w:type="spellStart"/>
      <w:r>
        <w:t>avance</w:t>
      </w:r>
      <w:proofErr w:type="spellEnd"/>
      <w:r>
        <w:t xml:space="preserve"> del </w:t>
      </w:r>
      <w:proofErr w:type="spellStart"/>
      <w:r>
        <w:t>proyecto</w:t>
      </w:r>
      <w:proofErr w:type="spellEnd"/>
      <w:r>
        <w:t xml:space="preserve"> y definir próximos pasos.</w:t>
      </w:r>
    </w:p>
    <w:p w14:paraId="10441375" w14:textId="77777777" w:rsidR="00F03AF0" w:rsidRDefault="00000000">
      <w:pPr>
        <w:rPr>
          <w:b/>
        </w:rPr>
      </w:pPr>
      <w:r>
        <w:rPr>
          <w:b/>
        </w:rPr>
        <w:t xml:space="preserve">Temas tratados: </w:t>
      </w:r>
    </w:p>
    <w:p w14:paraId="37908AE8" w14:textId="3E3EF4DA" w:rsidR="00893551" w:rsidRDefault="00000000">
      <w:r>
        <w:t>1. Estado actual del proyecto</w:t>
      </w:r>
      <w:r>
        <w:br/>
        <w:t>2. Tareas pendientes</w:t>
      </w:r>
      <w:r>
        <w:br/>
        <w:t>3. Fechas de entrega</w:t>
      </w:r>
    </w:p>
    <w:p w14:paraId="1094F9C7" w14:textId="77777777" w:rsidR="00F03AF0" w:rsidRDefault="00000000">
      <w:pPr>
        <w:rPr>
          <w:b/>
        </w:rPr>
      </w:pPr>
      <w:r>
        <w:rPr>
          <w:b/>
        </w:rPr>
        <w:t xml:space="preserve">Acuerdos: </w:t>
      </w:r>
    </w:p>
    <w:p w14:paraId="3F2DB016" w14:textId="2BD11EBD" w:rsidR="00893551" w:rsidRDefault="00000000">
      <w:r>
        <w:t xml:space="preserve">• </w:t>
      </w:r>
      <w:proofErr w:type="spellStart"/>
      <w:r>
        <w:t>Ajustar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cronograma</w:t>
      </w:r>
      <w:proofErr w:type="spellEnd"/>
      <w:r>
        <w:t xml:space="preserve"> del proyecto</w:t>
      </w:r>
      <w:r>
        <w:br/>
        <w:t>• Priorizar las tareas críticas</w:t>
      </w:r>
    </w:p>
    <w:p w14:paraId="03EB000C" w14:textId="77777777" w:rsidR="00F03AF0" w:rsidRDefault="00000000">
      <w:pPr>
        <w:rPr>
          <w:b/>
        </w:rPr>
      </w:pPr>
      <w:r>
        <w:rPr>
          <w:b/>
        </w:rPr>
        <w:t xml:space="preserve">Compromisos: </w:t>
      </w:r>
    </w:p>
    <w:p w14:paraId="56C9129C" w14:textId="7CDEA19D" w:rsidR="00893551" w:rsidRDefault="00000000">
      <w:r>
        <w:t xml:space="preserve">Juan Pérez: </w:t>
      </w:r>
      <w:proofErr w:type="spellStart"/>
      <w:r>
        <w:t>Actualizar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cronograma</w:t>
      </w:r>
      <w:proofErr w:type="spellEnd"/>
      <w:r>
        <w:t xml:space="preserve"> antes del viernes</w:t>
      </w:r>
      <w:r>
        <w:br/>
        <w:t>María Gómez: Entregar informe de avances</w:t>
      </w:r>
      <w:r>
        <w:br/>
        <w:t>Carlos Rodríguez: Coordinar la próxima reunión</w:t>
      </w:r>
    </w:p>
    <w:p w14:paraId="269A9FC4" w14:textId="77777777" w:rsidR="00F03AF0" w:rsidRDefault="00000000">
      <w:pPr>
        <w:rPr>
          <w:b/>
        </w:rPr>
      </w:pPr>
      <w:r>
        <w:rPr>
          <w:b/>
        </w:rPr>
        <w:t xml:space="preserve">Próxima reunión: </w:t>
      </w:r>
    </w:p>
    <w:p w14:paraId="7ADBC39C" w14:textId="696D7126" w:rsidR="00893551" w:rsidRDefault="00000000">
      <w:r>
        <w:t xml:space="preserve">20 de </w:t>
      </w:r>
      <w:proofErr w:type="spellStart"/>
      <w:r>
        <w:t>marzo</w:t>
      </w:r>
      <w:proofErr w:type="spellEnd"/>
      <w:r>
        <w:t xml:space="preserve"> de 2025</w:t>
      </w:r>
    </w:p>
    <w:p w14:paraId="5BEC28D0" w14:textId="77777777" w:rsidR="00893551" w:rsidRDefault="00000000">
      <w:r>
        <w:rPr>
          <w:b/>
        </w:rPr>
        <w:t xml:space="preserve">Firma: </w:t>
      </w:r>
      <w:r>
        <w:t>_________________________</w:t>
      </w:r>
    </w:p>
    <w:sectPr w:rsidR="0089355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75711633">
    <w:abstractNumId w:val="8"/>
  </w:num>
  <w:num w:numId="2" w16cid:durableId="97222097">
    <w:abstractNumId w:val="6"/>
  </w:num>
  <w:num w:numId="3" w16cid:durableId="806439652">
    <w:abstractNumId w:val="5"/>
  </w:num>
  <w:num w:numId="4" w16cid:durableId="201938657">
    <w:abstractNumId w:val="4"/>
  </w:num>
  <w:num w:numId="5" w16cid:durableId="1989825646">
    <w:abstractNumId w:val="7"/>
  </w:num>
  <w:num w:numId="6" w16cid:durableId="644743754">
    <w:abstractNumId w:val="3"/>
  </w:num>
  <w:num w:numId="7" w16cid:durableId="624893902">
    <w:abstractNumId w:val="2"/>
  </w:num>
  <w:num w:numId="8" w16cid:durableId="116683502">
    <w:abstractNumId w:val="1"/>
  </w:num>
  <w:num w:numId="9" w16cid:durableId="1077021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893551"/>
    <w:rsid w:val="00A50BD2"/>
    <w:rsid w:val="00AA1D8D"/>
    <w:rsid w:val="00B47730"/>
    <w:rsid w:val="00CB0664"/>
    <w:rsid w:val="00F03AF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5FF367"/>
  <w14:defaultImageDpi w14:val="300"/>
  <w15:docId w15:val="{BF01999A-5EEC-7242-B546-9A6C7DDDA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528</Characters>
  <Application>Microsoft Office Word</Application>
  <DocSecurity>0</DocSecurity>
  <Lines>18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jairo andres betancur velez</cp:lastModifiedBy>
  <cp:revision>2</cp:revision>
  <dcterms:created xsi:type="dcterms:W3CDTF">2013-12-23T23:15:00Z</dcterms:created>
  <dcterms:modified xsi:type="dcterms:W3CDTF">2025-12-31T00:03:00Z</dcterms:modified>
  <cp:category/>
</cp:coreProperties>
</file>