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32"/>
        </w:rPr>
        <w:t>MINUTA DE ACUERDOS Y COMPROMISOS</w:t>
      </w:r>
    </w:p>
    <w:p/>
    <w:p>
      <w:pPr>
        <w:spacing w:line="276" w:lineRule="auto"/>
      </w:pPr>
      <w:r>
        <w:rPr>
          <w:rFonts w:ascii="Calibri" w:hAnsi="Calibri"/>
          <w:sz w:val="22"/>
        </w:rPr>
        <w:t>La presente minuta tiene como objetivo registrar de manera formal y documentada los acuerdos y compromisos adquiridos durante una reunión empresarial o administrativa. Este documento facilita el seguimiento, control y cumplimiento de las obligaciones contraídas, permitiendo que todas las partes interesadas tengan claridad respecto a los compromisos asumidos, sus responsables directos y las fechas de cumplimiento pactadas.</w:t>
      </w:r>
    </w:p>
    <w:p/>
    <w:p>
      <w:r>
        <w:rPr>
          <w:rFonts w:ascii="Calibri" w:hAnsi="Calibri"/>
          <w:b/>
          <w:sz w:val="24"/>
        </w:rPr>
        <w:t>DATOS DE LA REUNIÓN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</w:tcPr>
          <w:p>
            <w:r>
              <w:rPr>
                <w:rFonts w:ascii="Calibri" w:hAnsi="Calibri"/>
                <w:b/>
                <w:sz w:val="22"/>
              </w:rPr>
              <w:t>Empresa:</w:t>
            </w:r>
          </w:p>
        </w:tc>
        <w:tc>
          <w:tcPr>
            <w:tcW w:type="dxa" w:w="4680"/>
          </w:tcPr>
          <w:p>
            <w:r>
              <w:rPr>
                <w:rFonts w:ascii="Calibri" w:hAnsi="Calibri"/>
                <w:sz w:val="22"/>
              </w:rPr>
            </w:r>
          </w:p>
        </w:tc>
      </w:tr>
      <w:tr>
        <w:tc>
          <w:tcPr>
            <w:tcW w:type="dxa" w:w="4680"/>
          </w:tcPr>
          <w:p>
            <w:r>
              <w:rPr>
                <w:rFonts w:ascii="Calibri" w:hAnsi="Calibri"/>
                <w:b/>
                <w:sz w:val="22"/>
              </w:rPr>
              <w:t>Nombre de la reunión:</w:t>
            </w:r>
          </w:p>
        </w:tc>
        <w:tc>
          <w:tcPr>
            <w:tcW w:type="dxa" w:w="4680"/>
          </w:tcPr>
          <w:p>
            <w:r>
              <w:rPr>
                <w:rFonts w:ascii="Calibri" w:hAnsi="Calibri"/>
                <w:sz w:val="22"/>
              </w:rPr>
            </w:r>
          </w:p>
        </w:tc>
      </w:tr>
      <w:tr>
        <w:tc>
          <w:tcPr>
            <w:tcW w:type="dxa" w:w="4680"/>
          </w:tcPr>
          <w:p>
            <w:r>
              <w:rPr>
                <w:rFonts w:ascii="Calibri" w:hAnsi="Calibri"/>
                <w:b/>
                <w:sz w:val="22"/>
              </w:rPr>
              <w:t>Fecha:</w:t>
            </w:r>
          </w:p>
        </w:tc>
        <w:tc>
          <w:tcPr>
            <w:tcW w:type="dxa" w:w="4680"/>
          </w:tcPr>
          <w:p>
            <w:r>
              <w:rPr>
                <w:rFonts w:ascii="Calibri" w:hAnsi="Calibri"/>
                <w:sz w:val="22"/>
              </w:rPr>
            </w:r>
          </w:p>
        </w:tc>
      </w:tr>
      <w:tr>
        <w:tc>
          <w:tcPr>
            <w:tcW w:type="dxa" w:w="4680"/>
          </w:tcPr>
          <w:p>
            <w:r>
              <w:rPr>
                <w:rFonts w:ascii="Calibri" w:hAnsi="Calibri"/>
                <w:b/>
                <w:sz w:val="22"/>
              </w:rPr>
              <w:t>Lugar:</w:t>
            </w:r>
          </w:p>
        </w:tc>
        <w:tc>
          <w:tcPr>
            <w:tcW w:type="dxa" w:w="4680"/>
          </w:tcPr>
          <w:p>
            <w:r>
              <w:rPr>
                <w:rFonts w:ascii="Calibri" w:hAnsi="Calibri"/>
                <w:sz w:val="22"/>
              </w:rPr>
            </w:r>
          </w:p>
        </w:tc>
      </w:tr>
      <w:tr>
        <w:tc>
          <w:tcPr>
            <w:tcW w:type="dxa" w:w="4680"/>
          </w:tcPr>
          <w:p>
            <w:r>
              <w:rPr>
                <w:rFonts w:ascii="Calibri" w:hAnsi="Calibri"/>
                <w:b/>
                <w:sz w:val="22"/>
              </w:rPr>
              <w:t>Hora de inicio:</w:t>
            </w:r>
          </w:p>
        </w:tc>
        <w:tc>
          <w:tcPr>
            <w:tcW w:type="dxa" w:w="4680"/>
          </w:tcPr>
          <w:p>
            <w:r>
              <w:rPr>
                <w:rFonts w:ascii="Calibri" w:hAnsi="Calibri"/>
                <w:sz w:val="22"/>
              </w:rPr>
            </w:r>
          </w:p>
        </w:tc>
      </w:tr>
      <w:tr>
        <w:tc>
          <w:tcPr>
            <w:tcW w:type="dxa" w:w="4680"/>
          </w:tcPr>
          <w:p>
            <w:r>
              <w:rPr>
                <w:rFonts w:ascii="Calibri" w:hAnsi="Calibri"/>
                <w:b/>
                <w:sz w:val="22"/>
              </w:rPr>
              <w:t>Hora de cierre:</w:t>
            </w:r>
          </w:p>
        </w:tc>
        <w:tc>
          <w:tcPr>
            <w:tcW w:type="dxa" w:w="4680"/>
          </w:tcPr>
          <w:p>
            <w:r>
              <w:rPr>
                <w:rFonts w:ascii="Calibri" w:hAnsi="Calibri"/>
                <w:sz w:val="22"/>
              </w:rPr>
            </w:r>
          </w:p>
        </w:tc>
      </w:tr>
    </w:tbl>
    <w:p/>
    <w:p>
      <w:r>
        <w:rPr>
          <w:rFonts w:ascii="Calibri" w:hAnsi="Calibri"/>
          <w:b/>
          <w:sz w:val="24"/>
        </w:rPr>
        <w:t>ACUERDOS Y COMPROMISOS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fill="D3D3D3"/>
          </w:tcPr>
          <w:p>
            <w:pPr>
              <w:jc w:val="center"/>
            </w:pPr>
            <w:r>
              <w:rPr>
                <w:rFonts w:ascii="Calibri" w:hAnsi="Calibri"/>
                <w:b/>
                <w:sz w:val="22"/>
              </w:rPr>
              <w:t>N°</w:t>
            </w:r>
          </w:p>
        </w:tc>
        <w:tc>
          <w:tcPr>
            <w:tcW w:type="dxa" w:w="1872"/>
            <w:shd w:fill="D3D3D3"/>
          </w:tcPr>
          <w:p>
            <w:pPr>
              <w:jc w:val="center"/>
            </w:pPr>
            <w:r>
              <w:rPr>
                <w:rFonts w:ascii="Calibri" w:hAnsi="Calibri"/>
                <w:b/>
                <w:sz w:val="22"/>
              </w:rPr>
              <w:t>Acuerdo o compromiso</w:t>
            </w:r>
          </w:p>
        </w:tc>
        <w:tc>
          <w:tcPr>
            <w:tcW w:type="dxa" w:w="1872"/>
            <w:shd w:fill="D3D3D3"/>
          </w:tcPr>
          <w:p>
            <w:pPr>
              <w:jc w:val="center"/>
            </w:pPr>
            <w:r>
              <w:rPr>
                <w:rFonts w:ascii="Calibri" w:hAnsi="Calibri"/>
                <w:b/>
                <w:sz w:val="22"/>
              </w:rPr>
              <w:t>Responsable</w:t>
            </w:r>
          </w:p>
        </w:tc>
        <w:tc>
          <w:tcPr>
            <w:tcW w:type="dxa" w:w="1872"/>
            <w:shd w:fill="D3D3D3"/>
          </w:tcPr>
          <w:p>
            <w:pPr>
              <w:jc w:val="center"/>
            </w:pPr>
            <w:r>
              <w:rPr>
                <w:rFonts w:ascii="Calibri" w:hAnsi="Calibri"/>
                <w:b/>
                <w:sz w:val="22"/>
              </w:rPr>
              <w:t>Fecha de cumplimiento</w:t>
            </w:r>
          </w:p>
        </w:tc>
        <w:tc>
          <w:tcPr>
            <w:tcW w:type="dxa" w:w="1872"/>
            <w:shd w:fill="D3D3D3"/>
          </w:tcPr>
          <w:p>
            <w:pPr>
              <w:jc w:val="center"/>
            </w:pPr>
            <w:r>
              <w:rPr>
                <w:rFonts w:ascii="Calibri" w:hAnsi="Calibri"/>
                <w:b/>
                <w:sz w:val="22"/>
              </w:rPr>
              <w:t>Estado</w:t>
            </w:r>
          </w:p>
        </w:tc>
      </w:tr>
      <w:tr>
        <w:tc>
          <w:tcPr>
            <w:tcW w:type="dxa" w:w="1872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</w:tr>
      <w:tr>
        <w:tc>
          <w:tcPr>
            <w:tcW w:type="dxa" w:w="1872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</w:tr>
      <w:tr>
        <w:tc>
          <w:tcPr>
            <w:tcW w:type="dxa" w:w="1872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</w:tr>
      <w:tr>
        <w:tc>
          <w:tcPr>
            <w:tcW w:type="dxa" w:w="1872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</w:tr>
      <w:tr>
        <w:tc>
          <w:tcPr>
            <w:tcW w:type="dxa" w:w="1872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  <w:tc>
          <w:tcPr>
            <w:tcW w:type="dxa" w:w="1872"/>
          </w:tcPr>
          <w:p>
            <w:r/>
          </w:p>
        </w:tc>
      </w:tr>
    </w:tbl>
    <w:p/>
    <w:p>
      <w:r>
        <w:rPr>
          <w:rFonts w:ascii="Calibri" w:hAnsi="Calibri"/>
          <w:b/>
          <w:sz w:val="24"/>
        </w:rPr>
        <w:t>OBSERVACIONES</w:t>
      </w:r>
    </w:p>
    <w:p>
      <w:r>
        <w:rPr>
          <w:rFonts w:ascii="Calibri" w:hAnsi="Calibri"/>
          <w:i/>
          <w:sz w:val="22"/>
        </w:rPr>
        <w:t>Espacio para notas adicionales, aclaraciones relevantes y observaciones generales de la reunión:</w:t>
      </w:r>
    </w:p>
    <w:p/>
    <w:p/>
    <w:p/>
    <w:p/>
    <w:p/>
    <w:p/>
    <w:p/>
    <w:p>
      <w:r>
        <w:rPr>
          <w:rFonts w:ascii="Calibri" w:hAnsi="Calibri"/>
          <w:b/>
          <w:sz w:val="24"/>
        </w:rPr>
        <w:t>FIRMAS DE ASISTENTES</w:t>
      </w:r>
    </w:p>
    <w:p>
      <w:pPr>
        <w:spacing w:before="240"/>
      </w:pPr>
      <w:r>
        <w:rPr>
          <w:rFonts w:ascii="Calibri" w:hAnsi="Calibri"/>
          <w:b/>
          <w:sz w:val="22"/>
        </w:rPr>
        <w:t>Participante 1</w:t>
      </w:r>
    </w:p>
    <w:p>
      <w:pPr>
        <w:ind w:left="360"/>
      </w:pPr>
      <w:r>
        <w:rPr>
          <w:rFonts w:ascii="Calibri" w:hAnsi="Calibri"/>
          <w:sz w:val="22"/>
        </w:rPr>
        <w:t xml:space="preserve">Nombre y cargo: </w:t>
      </w:r>
      <w:r>
        <w:rPr>
          <w:rFonts w:ascii="Calibri" w:hAnsi="Calibri"/>
          <w:sz w:val="22"/>
        </w:rPr>
        <w:t>______________________________________________________________________</w:t>
      </w:r>
    </w:p>
    <w:p>
      <w:pPr>
        <w:ind w:left="360"/>
      </w:pPr>
      <w:r>
        <w:rPr>
          <w:rFonts w:ascii="Calibri" w:hAnsi="Calibri"/>
          <w:sz w:val="22"/>
        </w:rPr>
        <w:t xml:space="preserve">Firma: </w:t>
      </w:r>
      <w:r>
        <w:rPr>
          <w:rFonts w:ascii="Calibri" w:hAnsi="Calibri"/>
          <w:sz w:val="22"/>
        </w:rPr>
        <w:t>________________________________________________________________________________</w:t>
      </w:r>
    </w:p>
    <w:p>
      <w:pPr>
        <w:ind w:left="360"/>
      </w:pPr>
      <w:r>
        <w:rPr>
          <w:rFonts w:ascii="Calibri" w:hAnsi="Calibri"/>
          <w:sz w:val="22"/>
        </w:rPr>
        <w:t xml:space="preserve">Fecha: </w:t>
      </w:r>
      <w:r>
        <w:rPr>
          <w:rFonts w:ascii="Calibri" w:hAnsi="Calibri"/>
          <w:sz w:val="22"/>
        </w:rPr>
        <w:t>________________________________________________________________________________</w:t>
      </w:r>
    </w:p>
    <w:p/>
    <w:p>
      <w:pPr>
        <w:spacing w:before="240"/>
      </w:pPr>
      <w:r>
        <w:rPr>
          <w:rFonts w:ascii="Calibri" w:hAnsi="Calibri"/>
          <w:b/>
          <w:sz w:val="22"/>
        </w:rPr>
        <w:t>Participante 2</w:t>
      </w:r>
    </w:p>
    <w:p>
      <w:pPr>
        <w:ind w:left="360"/>
      </w:pPr>
      <w:r>
        <w:rPr>
          <w:rFonts w:ascii="Calibri" w:hAnsi="Calibri"/>
          <w:sz w:val="22"/>
        </w:rPr>
        <w:t xml:space="preserve">Nombre y cargo: </w:t>
      </w:r>
      <w:r>
        <w:rPr>
          <w:rFonts w:ascii="Calibri" w:hAnsi="Calibri"/>
          <w:sz w:val="22"/>
        </w:rPr>
        <w:t>______________________________________________________________________</w:t>
      </w:r>
    </w:p>
    <w:p>
      <w:pPr>
        <w:ind w:left="360"/>
      </w:pPr>
      <w:r>
        <w:rPr>
          <w:rFonts w:ascii="Calibri" w:hAnsi="Calibri"/>
          <w:sz w:val="22"/>
        </w:rPr>
        <w:t xml:space="preserve">Firma: </w:t>
      </w:r>
      <w:r>
        <w:rPr>
          <w:rFonts w:ascii="Calibri" w:hAnsi="Calibri"/>
          <w:sz w:val="22"/>
        </w:rPr>
        <w:t>________________________________________________________________________________</w:t>
      </w:r>
    </w:p>
    <w:p>
      <w:pPr>
        <w:ind w:left="360"/>
      </w:pPr>
      <w:r>
        <w:rPr>
          <w:rFonts w:ascii="Calibri" w:hAnsi="Calibri"/>
          <w:sz w:val="22"/>
        </w:rPr>
        <w:t xml:space="preserve">Fecha: </w:t>
      </w:r>
      <w:r>
        <w:rPr>
          <w:rFonts w:ascii="Calibri" w:hAnsi="Calibri"/>
          <w:sz w:val="22"/>
        </w:rPr>
        <w:t>________________________________________________________________________________</w:t>
      </w:r>
    </w:p>
    <w:p/>
    <w:p>
      <w:pPr>
        <w:spacing w:before="240"/>
      </w:pPr>
      <w:r>
        <w:rPr>
          <w:rFonts w:ascii="Calibri" w:hAnsi="Calibri"/>
          <w:b/>
          <w:sz w:val="22"/>
        </w:rPr>
        <w:t>Participante 3</w:t>
      </w:r>
    </w:p>
    <w:p>
      <w:pPr>
        <w:ind w:left="360"/>
      </w:pPr>
      <w:r>
        <w:rPr>
          <w:rFonts w:ascii="Calibri" w:hAnsi="Calibri"/>
          <w:sz w:val="22"/>
        </w:rPr>
        <w:t xml:space="preserve">Nombre y cargo: </w:t>
      </w:r>
      <w:r>
        <w:rPr>
          <w:rFonts w:ascii="Calibri" w:hAnsi="Calibri"/>
          <w:sz w:val="22"/>
        </w:rPr>
        <w:t>______________________________________________________________________</w:t>
      </w:r>
    </w:p>
    <w:p>
      <w:pPr>
        <w:ind w:left="360"/>
      </w:pPr>
      <w:r>
        <w:rPr>
          <w:rFonts w:ascii="Calibri" w:hAnsi="Calibri"/>
          <w:sz w:val="22"/>
        </w:rPr>
        <w:t xml:space="preserve">Firma: </w:t>
      </w:r>
      <w:r>
        <w:rPr>
          <w:rFonts w:ascii="Calibri" w:hAnsi="Calibri"/>
          <w:sz w:val="22"/>
        </w:rPr>
        <w:t>________________________________________________________________________________</w:t>
      </w:r>
    </w:p>
    <w:p>
      <w:pPr>
        <w:ind w:left="360"/>
      </w:pPr>
      <w:r>
        <w:rPr>
          <w:rFonts w:ascii="Calibri" w:hAnsi="Calibri"/>
          <w:sz w:val="22"/>
        </w:rPr>
        <w:t xml:space="preserve">Fecha: </w:t>
      </w:r>
      <w:r>
        <w:rPr>
          <w:rFonts w:ascii="Calibri" w:hAnsi="Calibri"/>
          <w:sz w:val="22"/>
        </w:rPr>
        <w:t>________________________________________________________________________________</w:t>
      </w:r>
    </w:p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