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4E79"/>
          <w:sz w:val="48"/>
        </w:rPr>
        <w:t>PLAN DE ACCIÓN PROFESIONAL</w:t>
      </w:r>
    </w:p>
    <w:p>
      <w:pPr>
        <w:spacing w:after="240"/>
      </w:pPr>
      <w:r>
        <w:t>________________________________________________________________________________</w:t>
      </w:r>
    </w:p>
    <w:p>
      <w:pPr>
        <w:pStyle w:val="Heading1"/>
      </w:pPr>
      <w:r>
        <w:rPr>
          <w:color w:val="1F4E79"/>
          <w:sz w:val="28"/>
        </w:rPr>
        <w:t>INSTRUCCIONES DE USO</w:t>
      </w:r>
    </w:p>
    <w:p>
      <w:pPr>
        <w:spacing w:after="120"/>
      </w:pPr>
      <w:r>
        <w:rPr>
          <w:b/>
        </w:rPr>
        <w:t>Bienvenido a la Plantilla de Plan de Acción FormatoPro</w:t>
      </w:r>
    </w:p>
    <w:p>
      <w:pPr>
        <w:pStyle w:val="ListNumber"/>
        <w:spacing w:after="80"/>
      </w:pPr>
      <w:r>
        <w:t>Título del Plan de Acción: Escriba el nombre del proyecto o iniciativa de forma clara y concisa.</w:t>
      </w:r>
    </w:p>
    <w:p>
      <w:pPr>
        <w:pStyle w:val="ListNumber"/>
        <w:spacing w:after="80"/>
      </w:pPr>
      <w:r>
        <w:t>Objetivo General: Describa en un párrafo el propósito principal del plan. Sea específico sobre qué se desea lograr.</w:t>
      </w:r>
    </w:p>
    <w:p>
      <w:pPr>
        <w:pStyle w:val="ListNumber"/>
        <w:spacing w:after="80"/>
      </w:pPr>
      <w:r>
        <w:t>Objetivos Específicos: Liste de forma numerada los objetivos medibles y alcanzables.</w:t>
      </w:r>
    </w:p>
    <w:p>
      <w:pPr>
        <w:pStyle w:val="ListNumber"/>
        <w:spacing w:after="80"/>
      </w:pPr>
      <w:r>
        <w:t>Acciones/Tareas: Complete la tabla con cada acción, indicando responsable, fecha límite y estado.</w:t>
      </w:r>
    </w:p>
    <w:p>
      <w:pPr>
        <w:pStyle w:val="ListNumber"/>
        <w:spacing w:after="80"/>
      </w:pPr>
      <w:r>
        <w:t>Notas Adicionales: Use este espacio para observaciones, riesgos identificados o cambios importantes.</w:t>
      </w:r>
    </w:p>
    <w:p>
      <w:pPr>
        <w:pStyle w:val="ListNumber"/>
        <w:spacing w:after="80"/>
      </w:pPr>
      <w:r>
        <w:t>Guarde el documento regularmente usando Ctrl+S.</w:t>
      </w:r>
    </w:p>
    <w:p/>
    <w:p>
      <w:pPr>
        <w:pStyle w:val="Heading1"/>
      </w:pPr>
      <w:r>
        <w:rPr>
          <w:color w:val="1F4E79"/>
          <w:sz w:val="28"/>
        </w:rPr>
        <w:t>INFORMACIÓN GENERAL DEL PLAN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</w:tcPr>
          <w:p>
            <w:r>
              <w:rPr>
                <w:b/>
              </w:rPr>
              <w:t>Fecha de Elaboración:</w:t>
            </w:r>
          </w:p>
        </w:tc>
        <w:tc>
          <w:tcPr>
            <w:tcW w:type="dxa" w:w="5040"/>
          </w:tcPr>
          <w:p>
            <w:r>
              <w:t>________________________________________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Responsable del Plan:</w:t>
            </w:r>
          </w:p>
        </w:tc>
        <w:tc>
          <w:tcPr>
            <w:tcW w:type="dxa" w:w="5040"/>
          </w:tcPr>
          <w:p>
            <w:r>
              <w:t>________________________________________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Departamento/Área:</w:t>
            </w:r>
          </w:p>
        </w:tc>
        <w:tc>
          <w:tcPr>
            <w:tcW w:type="dxa" w:w="5040"/>
          </w:tcPr>
          <w:p>
            <w:r>
              <w:t>________________________________________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Período de Ejecución:</w:t>
            </w:r>
          </w:p>
        </w:tc>
        <w:tc>
          <w:tcPr>
            <w:tcW w:type="dxa" w:w="5040"/>
          </w:tcPr>
          <w:p>
            <w:r>
              <w:t>Desde: _____________    Hasta: _____________</w:t>
            </w:r>
          </w:p>
        </w:tc>
      </w:tr>
    </w:tbl>
    <w:p/>
    <w:p>
      <w:pPr>
        <w:pStyle w:val="Heading1"/>
      </w:pPr>
      <w:r>
        <w:rPr>
          <w:color w:val="1F4E79"/>
          <w:sz w:val="28"/>
        </w:rPr>
        <w:t>TÍTULO DEL PLAN DE ACCIÓN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/>
    <w:p>
      <w:pPr>
        <w:pStyle w:val="Heading1"/>
      </w:pPr>
      <w:r>
        <w:rPr>
          <w:color w:val="1F4E79"/>
          <w:sz w:val="28"/>
        </w:rPr>
        <w:t>OBJETIVO GENERAL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/>
    <w:p>
      <w:pPr>
        <w:pStyle w:val="Heading1"/>
      </w:pPr>
      <w:r>
        <w:rPr>
          <w:color w:val="1F4E79"/>
          <w:sz w:val="28"/>
        </w:rPr>
        <w:t>OBJETIVOS ESPECÍFICOS</w:t>
      </w:r>
    </w:p>
    <w:p>
      <w:pPr>
        <w:pStyle w:val="ListNumber"/>
      </w:pPr>
      <w:r>
        <w:t>____________________________________________________________________________________________________</w:t>
      </w:r>
    </w:p>
    <w:p>
      <w:pPr>
        <w:pStyle w:val="ListNumber"/>
      </w:pPr>
      <w:r>
        <w:t>____________________________________________________________________________________________________</w:t>
      </w:r>
    </w:p>
    <w:p>
      <w:pPr>
        <w:pStyle w:val="ListNumber"/>
      </w:pPr>
      <w:r>
        <w:t>____________________________________________________________________________________________________</w:t>
      </w:r>
    </w:p>
    <w:p>
      <w:pPr>
        <w:pStyle w:val="ListNumber"/>
      </w:pPr>
      <w:r>
        <w:t>____________________________________________________________________________________________________</w:t>
      </w:r>
    </w:p>
    <w:p>
      <w:pPr>
        <w:pStyle w:val="ListNumber"/>
      </w:pPr>
      <w:r>
        <w:t>____________________________________________________________________________________________________</w:t>
      </w:r>
    </w:p>
    <w:p/>
    <w:p>
      <w:pPr>
        <w:pStyle w:val="Heading1"/>
      </w:pPr>
      <w:r>
        <w:rPr>
          <w:color w:val="1F4E79"/>
          <w:sz w:val="28"/>
        </w:rPr>
        <w:t>ACCIONES Y TAREAS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016"/>
        <w:gridCol w:w="2016"/>
        <w:gridCol w:w="2016"/>
        <w:gridCol w:w="2016"/>
        <w:gridCol w:w="2016"/>
      </w:tblGrid>
      <w:tr>
        <w:tc>
          <w:tcPr>
            <w:tcW w:type="dxa" w:w="2016"/>
            <w:shd w:fill="1F4E79"/>
          </w:tcPr>
          <w:p>
            <w:r>
              <w:rPr>
                <w:b/>
                <w:color w:val="FFFFFF"/>
              </w:rPr>
              <w:t>Acción/Tarea</w:t>
            </w:r>
          </w:p>
        </w:tc>
        <w:tc>
          <w:tcPr>
            <w:tcW w:type="dxa" w:w="2016"/>
            <w:shd w:fill="1F4E79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2016"/>
            <w:shd w:fill="1F4E79"/>
          </w:tcPr>
          <w:p>
            <w:r>
              <w:rPr>
                <w:b/>
                <w:color w:val="FFFFFF"/>
              </w:rPr>
              <w:t>Fecha Límite</w:t>
            </w:r>
          </w:p>
        </w:tc>
        <w:tc>
          <w:tcPr>
            <w:tcW w:type="dxa" w:w="2016"/>
            <w:shd w:fill="1F4E79"/>
          </w:tcPr>
          <w:p>
            <w:r>
              <w:rPr>
                <w:b/>
                <w:color w:val="FFFFFF"/>
              </w:rPr>
              <w:t>Estado</w:t>
            </w:r>
          </w:p>
        </w:tc>
        <w:tc>
          <w:tcPr>
            <w:tcW w:type="dxa" w:w="2016"/>
            <w:shd w:fill="1F4E79"/>
          </w:tcPr>
          <w:p>
            <w:r>
              <w:rPr>
                <w:b/>
                <w:color w:val="FFFFFF"/>
              </w:rPr>
              <w:t>Notas/Comentarios</w:t>
            </w:r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  <w:tr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  <w:tc>
          <w:tcPr>
            <w:tcW w:type="dxa" w:w="2016"/>
          </w:tcPr>
          <w:p>
            <w:r/>
          </w:p>
        </w:tc>
      </w:tr>
    </w:tbl>
    <w:p/>
    <w:p>
      <w:pPr>
        <w:spacing w:after="240"/>
      </w:pPr>
      <w:r>
        <w:rPr>
          <w:b/>
        </w:rPr>
        <w:t xml:space="preserve">Leyenda de Estado: </w:t>
      </w:r>
      <w:r>
        <w:t>Pendiente | En Progreso | Completada | En Riesgo</w:t>
      </w:r>
    </w:p>
    <w:p/>
    <w:p>
      <w:pPr>
        <w:pStyle w:val="Heading1"/>
      </w:pPr>
      <w:r>
        <w:rPr>
          <w:color w:val="1F4E79"/>
          <w:sz w:val="28"/>
        </w:rPr>
        <w:t>SEGUIMIENTO Y CONTROL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</w:tcPr>
          <w:p>
            <w:r>
              <w:rPr>
                <w:b/>
              </w:rPr>
              <w:t>Última Actualización:</w:t>
            </w:r>
          </w:p>
        </w:tc>
        <w:tc>
          <w:tcPr>
            <w:tcW w:type="dxa" w:w="5040"/>
          </w:tcPr>
          <w:p>
            <w:r>
              <w:t>________________________________________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Próxima Revisión Programada:</w:t>
            </w:r>
          </w:p>
        </w:tc>
        <w:tc>
          <w:tcPr>
            <w:tcW w:type="dxa" w:w="5040"/>
          </w:tcPr>
          <w:p>
            <w:r>
              <w:t>________________________________________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Responsable de Seguimiento:</w:t>
            </w:r>
          </w:p>
        </w:tc>
        <w:tc>
          <w:tcPr>
            <w:tcW w:type="dxa" w:w="5040"/>
          </w:tcPr>
          <w:p>
            <w:r>
              <w:t>________________________________________</w:t>
            </w:r>
          </w:p>
        </w:tc>
      </w:tr>
    </w:tbl>
    <w:p/>
    <w:p>
      <w:pPr>
        <w:pStyle w:val="Heading1"/>
      </w:pPr>
      <w:r>
        <w:rPr>
          <w:color w:val="1F4E79"/>
          <w:sz w:val="28"/>
        </w:rPr>
        <w:t>NOTAS ADICIONALES Y OBSERVACIONES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/>
    <w:p>
      <w:pPr>
        <w:pStyle w:val="Heading1"/>
      </w:pPr>
      <w:r>
        <w:rPr>
          <w:color w:val="1F4E79"/>
          <w:sz w:val="28"/>
        </w:rPr>
        <w:t>CAMBIOS Y AJUSTES REALIZADOS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520"/>
            <w:shd w:fill="1F4E79"/>
          </w:tcPr>
          <w:p>
            <w:r>
              <w:rPr>
                <w:b/>
                <w:color w:val="FFFFFF"/>
              </w:rPr>
              <w:t>Fecha</w:t>
            </w:r>
          </w:p>
        </w:tc>
        <w:tc>
          <w:tcPr>
            <w:tcW w:type="dxa" w:w="2520"/>
            <w:shd w:fill="1F4E79"/>
          </w:tcPr>
          <w:p>
            <w:r>
              <w:rPr>
                <w:b/>
                <w:color w:val="FFFFFF"/>
              </w:rPr>
              <w:t>Cambio Realizado</w:t>
            </w:r>
          </w:p>
        </w:tc>
        <w:tc>
          <w:tcPr>
            <w:tcW w:type="dxa" w:w="2520"/>
            <w:shd w:fill="1F4E79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2520"/>
            <w:shd w:fill="1F4E79"/>
          </w:tcPr>
          <w:p>
            <w:r>
              <w:rPr>
                <w:b/>
                <w:color w:val="FFFFFF"/>
              </w:rPr>
              <w:t>Justificación</w:t>
            </w:r>
          </w:p>
        </w:tc>
      </w:tr>
      <w:tr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</w:tr>
      <w:tr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</w:tr>
      <w:tr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/>
          </w:p>
        </w:tc>
      </w:tr>
    </w:tbl>
    <w:p/>
    <w:p/>
    <w:p>
      <w:pPr>
        <w:jc w:val="center"/>
      </w:pPr>
      <w:r>
        <w:rPr>
          <w:i/>
          <w:color w:val="808080"/>
          <w:sz w:val="18"/>
        </w:rPr>
        <w:t>FormatoPro – Plantilla Editable | Todos los derechos reservados</w:t>
      </w:r>
    </w:p>
    <w:p>
      <w:pPr>
        <w:jc w:val="center"/>
      </w:pPr>
      <w:r>
        <w:rPr>
          <w:i/>
          <w:color w:val="808080"/>
          <w:sz w:val="16"/>
        </w:rPr>
        <w:t>Este documento es confidencial y debe ser utilizado únicamente con fines internos.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  <w:watermark w:type="text" w:text="FormatoPro – Plantilla Editable" w:opacity="50000" w:color="D3D3D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