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rPr>
          <w:rFonts w:ascii="Aptos" w:hAnsi="Aptos" w:eastAsia="Aptos"/>
          <w:b/>
          <w:color w:val="2F5496"/>
          <w:sz w:val="28"/>
        </w:rPr>
        <w:t>[NOMBRE DE LA EMPRESA]</w:t>
        <w:br/>
      </w:r>
      <w:r>
        <w:rPr>
          <w:rFonts w:ascii="Aptos" w:hAnsi="Aptos" w:eastAsia="Aptos"/>
          <w:b w:val="0"/>
          <w:color w:val="595959"/>
          <w:sz w:val="18"/>
        </w:rPr>
        <w:t>[Dirección de la Empresa]</w:t>
        <w:br/>
        <w:t>[Teléfono] | [Correo Electrónico]</w:t>
        <w:br/>
        <w:t>[Ciudad, País]</w:t>
      </w:r>
    </w:p>
    <w:p>
      <w:pPr>
        <w:spacing w:before="200" w:after="600"/>
      </w:pPr>
    </w:p>
    <w:p>
      <w:pPr>
        <w:spacing w:after="800"/>
        <w:jc w:val="center"/>
      </w:pPr>
      <w:r>
        <w:rPr>
          <w:rFonts w:ascii="Aptos" w:hAnsi="Aptos" w:eastAsia="Aptos"/>
          <w:b/>
          <w:color w:val="000000"/>
          <w:sz w:val="36"/>
        </w:rPr>
        <w:t>CONSTANCIA LABORAL</w:t>
      </w:r>
    </w:p>
    <w:p>
      <w:pPr>
        <w:spacing w:line="360" w:lineRule="auto"/>
        <w:jc w:val="both"/>
      </w:pPr>
      <w:r>
        <w:rPr>
          <w:rFonts w:ascii="Aptos" w:hAnsi="Aptos" w:eastAsia="Aptos"/>
          <w:b/>
          <w:sz w:val="22"/>
        </w:rPr>
        <w:t>A QUIEN PUEDA INTERESAR:</w:t>
        <w:br/>
        <w:br/>
      </w:r>
      <w:r>
        <w:rPr>
          <w:rFonts w:ascii="Aptos" w:hAnsi="Aptos" w:eastAsia="Aptos"/>
          <w:b w:val="0"/>
          <w:sz w:val="22"/>
        </w:rPr>
        <w:t xml:space="preserve">Por medio de la presente se hace constar que el/la Sr(a). </w:t>
      </w:r>
      <w:r>
        <w:rPr>
          <w:rFonts w:ascii="Aptos" w:hAnsi="Aptos" w:eastAsia="Aptos"/>
          <w:b/>
          <w:sz w:val="22"/>
        </w:rPr>
        <w:t>[NOMBRE COMPLETO DEL TRABAJADOR]</w:t>
      </w:r>
      <w:r>
        <w:rPr>
          <w:rFonts w:ascii="Aptos" w:hAnsi="Aptos" w:eastAsia="Aptos"/>
          <w:b w:val="0"/>
          <w:sz w:val="22"/>
        </w:rPr>
        <w:t xml:space="preserve">, identificado(a) con </w:t>
      </w:r>
      <w:r>
        <w:rPr>
          <w:rFonts w:ascii="Aptos" w:hAnsi="Aptos" w:eastAsia="Aptos"/>
          <w:b/>
          <w:sz w:val="22"/>
        </w:rPr>
        <w:t>[TIPO DE DOCUMENTO] No. [NÚMERO DE IDENTIFICACIÓN]</w:t>
      </w:r>
      <w:r>
        <w:rPr>
          <w:rFonts w:ascii="Aptos" w:hAnsi="Aptos" w:eastAsia="Aptos"/>
          <w:b w:val="0"/>
          <w:sz w:val="22"/>
        </w:rPr>
        <w:t xml:space="preserve">, labora en nuestra organización desempeñando el cargo de </w:t>
      </w:r>
      <w:r>
        <w:rPr>
          <w:rFonts w:ascii="Aptos" w:hAnsi="Aptos" w:eastAsia="Aptos"/>
          <w:b/>
          <w:sz w:val="22"/>
        </w:rPr>
        <w:t>[CARGO]</w:t>
      </w:r>
      <w:r>
        <w:rPr>
          <w:rFonts w:ascii="Aptos" w:hAnsi="Aptos" w:eastAsia="Aptos"/>
          <w:b w:val="0"/>
          <w:sz w:val="22"/>
        </w:rPr>
        <w:t xml:space="preserve"> desde el día </w:t>
      </w:r>
      <w:r>
        <w:rPr>
          <w:rFonts w:ascii="Aptos" w:hAnsi="Aptos" w:eastAsia="Aptos"/>
          <w:b/>
          <w:sz w:val="22"/>
        </w:rPr>
        <w:t>[FECHA DE INGRESO: DÍA/MES/AÑO]</w:t>
      </w:r>
      <w:r>
        <w:rPr>
          <w:rFonts w:ascii="Aptos" w:hAnsi="Aptos" w:eastAsia="Aptos"/>
          <w:b w:val="0"/>
          <w:sz w:val="22"/>
        </w:rPr>
        <w:t xml:space="preserve">, mediante contrato de tipo </w:t>
      </w:r>
      <w:r>
        <w:rPr>
          <w:rFonts w:ascii="Aptos" w:hAnsi="Aptos" w:eastAsia="Aptos"/>
          <w:b/>
          <w:sz w:val="22"/>
        </w:rPr>
        <w:t>[TIPO DE CONTRATO]</w:t>
      </w:r>
      <w:r>
        <w:rPr>
          <w:rFonts w:ascii="Aptos" w:hAnsi="Aptos" w:eastAsia="Aptos"/>
          <w:b w:val="0"/>
          <w:sz w:val="22"/>
        </w:rPr>
        <w:t>.</w:t>
      </w:r>
    </w:p>
    <w:p>
      <w:pPr>
        <w:spacing w:before="240" w:line="360" w:lineRule="auto"/>
      </w:pPr>
      <w:r>
        <w:rPr>
          <w:rFonts w:ascii="Aptos" w:hAnsi="Aptos" w:eastAsia="Aptos"/>
          <w:b w:val="0"/>
          <w:sz w:val="22"/>
        </w:rPr>
        <w:t xml:space="preserve">Se certifica que a la fecha devenga un salario mensual de </w:t>
      </w:r>
      <w:r>
        <w:rPr>
          <w:rFonts w:ascii="Aptos" w:hAnsi="Aptos" w:eastAsia="Aptos"/>
          <w:b/>
          <w:sz w:val="22"/>
        </w:rPr>
        <w:t>[VALOR DEL SALARIO EN LETRAS Y NÚMEROS]</w:t>
      </w:r>
      <w:r>
        <w:rPr>
          <w:rFonts w:ascii="Aptos" w:hAnsi="Aptos" w:eastAsia="Aptos"/>
          <w:b w:val="0"/>
          <w:sz w:val="22"/>
        </w:rPr>
        <w:t xml:space="preserve"> y cumple con las funciones inherentes a su cargo de manera satisfactoria.</w:t>
      </w:r>
    </w:p>
    <w:p>
      <w:pPr>
        <w:spacing w:before="480"/>
      </w:pPr>
      <w:r>
        <w:rPr>
          <w:rFonts w:ascii="Aptos" w:hAnsi="Aptos" w:eastAsia="Aptos"/>
          <w:b w:val="0"/>
          <w:sz w:val="22"/>
        </w:rPr>
        <w:t xml:space="preserve">Para constancia de lo anterior, se firma en la ciudad de </w:t>
      </w:r>
      <w:r>
        <w:rPr>
          <w:rFonts w:ascii="Aptos" w:hAnsi="Aptos" w:eastAsia="Aptos"/>
          <w:b/>
          <w:sz w:val="22"/>
        </w:rPr>
        <w:t>[CIUDAD]</w:t>
      </w:r>
      <w:r>
        <w:rPr>
          <w:rFonts w:ascii="Aptos" w:hAnsi="Aptos" w:eastAsia="Aptos"/>
          <w:b w:val="0"/>
          <w:sz w:val="22"/>
        </w:rPr>
        <w:t xml:space="preserve"> a los </w:t>
      </w:r>
      <w:r>
        <w:rPr>
          <w:rFonts w:ascii="Aptos" w:hAnsi="Aptos" w:eastAsia="Aptos"/>
          <w:b/>
          <w:sz w:val="22"/>
        </w:rPr>
        <w:t>[DÍA]</w:t>
      </w:r>
      <w:r>
        <w:rPr>
          <w:rFonts w:ascii="Aptos" w:hAnsi="Aptos" w:eastAsia="Aptos"/>
          <w:b w:val="0"/>
          <w:sz w:val="22"/>
        </w:rPr>
        <w:t xml:space="preserve"> días del mes de </w:t>
      </w:r>
      <w:r>
        <w:rPr>
          <w:rFonts w:ascii="Aptos" w:hAnsi="Aptos" w:eastAsia="Aptos"/>
          <w:b/>
          <w:sz w:val="22"/>
        </w:rPr>
        <w:t>[MES]</w:t>
      </w:r>
      <w:r>
        <w:rPr>
          <w:rFonts w:ascii="Aptos" w:hAnsi="Aptos" w:eastAsia="Aptos"/>
          <w:b w:val="0"/>
          <w:sz w:val="22"/>
        </w:rPr>
        <w:t xml:space="preserve"> de </w:t>
      </w:r>
      <w:r>
        <w:rPr>
          <w:rFonts w:ascii="Aptos" w:hAnsi="Aptos" w:eastAsia="Aptos"/>
          <w:b/>
          <w:sz w:val="22"/>
        </w:rPr>
        <w:t>[AÑO]</w:t>
      </w:r>
      <w:r>
        <w:rPr>
          <w:rFonts w:ascii="Aptos" w:hAnsi="Aptos" w:eastAsia="Aptos"/>
          <w:b w:val="0"/>
          <w:sz w:val="22"/>
        </w:rPr>
        <w:t>.</w:t>
      </w:r>
    </w:p>
    <w:p>
      <w:pPr>
        <w:spacing w:before="1200"/>
        <w:jc w:val="left"/>
      </w:pPr>
      <w:r>
        <w:rPr>
          <w:rFonts w:ascii="Aptos" w:hAnsi="Aptos" w:eastAsia="Aptos"/>
          <w:b w:val="0"/>
          <w:sz w:val="22"/>
        </w:rPr>
        <w:t>__________________________</w:t>
        <w:br/>
      </w:r>
      <w:r>
        <w:rPr>
          <w:rFonts w:ascii="Aptos" w:hAnsi="Aptos" w:eastAsia="Aptos"/>
          <w:b/>
          <w:sz w:val="22"/>
        </w:rPr>
        <w:t>[NOMBRE DEL RESPONSABLE]</w:t>
        <w:br/>
      </w:r>
      <w:r>
        <w:rPr>
          <w:rFonts w:ascii="Aptos" w:hAnsi="Aptos" w:eastAsia="Aptos"/>
          <w:b w:val="0"/>
          <w:sz w:val="22"/>
        </w:rPr>
        <w:t>[Cargo del Responsable]</w:t>
        <w:br/>
      </w:r>
      <w:r>
        <w:rPr>
          <w:rFonts w:ascii="Aptos" w:hAnsi="Aptos" w:eastAsia="Aptos"/>
          <w:b w:val="0"/>
          <w:sz w:val="22"/>
        </w:rPr>
        <w:t>[Nombre de la Empresa]</w:t>
        <w:br/>
      </w:r>
      <w:r>
        <w:rPr>
          <w:rFonts w:ascii="Aptos" w:hAnsi="Aptos" w:eastAsia="Aptos"/>
          <w:b w:val="0"/>
          <w:color w:val="808080"/>
          <w:sz w:val="18"/>
        </w:rPr>
        <w:t>[Sello de la Empresa]</w:t>
      </w:r>
    </w:p>
    <w:sectPr w:rsidR="00FC693F" w:rsidRPr="0006063C" w:rsidSect="00034616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