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ACTA DE ENTREGA DE EQUIPOS</w:t>
      </w:r>
    </w:p>
    <w:p>
      <w:r>
        <w:t>Fecha: ____ / ____ / ______</w:t>
      </w:r>
    </w:p>
    <w:p>
      <w:r>
        <w:t>Lugar: ____________________________________</w:t>
      </w:r>
    </w:p>
    <w:p>
      <w:r>
        <w:t>Código (opcional): _________________________</w:t>
      </w:r>
    </w:p>
    <w:p>
      <w:pPr>
        <w:pStyle w:val="Heading2"/>
      </w:pPr>
      <w:r>
        <w:t>1. Datos del entregador</w:t>
      </w:r>
    </w:p>
    <w:p>
      <w:r>
        <w:t>Nombre: ________________________________</w:t>
      </w:r>
    </w:p>
    <w:p>
      <w:r>
        <w:t>Documento: _____________________________</w:t>
      </w:r>
    </w:p>
    <w:p>
      <w:r>
        <w:t>Cargo: _________________________________</w:t>
      </w:r>
    </w:p>
    <w:p>
      <w:r>
        <w:t>Empresa: _______________________________</w:t>
      </w:r>
    </w:p>
    <w:p>
      <w:pPr>
        <w:pStyle w:val="Heading2"/>
      </w:pPr>
      <w:r>
        <w:t>2. Datos del receptor</w:t>
      </w:r>
    </w:p>
    <w:p>
      <w:r>
        <w:t>Nombre: ________________________________</w:t>
      </w:r>
    </w:p>
    <w:p>
      <w:r>
        <w:t>Documento: _____________________________</w:t>
      </w:r>
    </w:p>
    <w:p>
      <w:r>
        <w:t>Cargo: _________________________________</w:t>
      </w:r>
    </w:p>
    <w:p>
      <w:r>
        <w:t>Área: __________________________________</w:t>
      </w:r>
    </w:p>
    <w:p>
      <w:pPr>
        <w:pStyle w:val="Heading2"/>
      </w:pPr>
      <w:r>
        <w:t>3. Equipos entregados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Ítem</w:t>
            </w:r>
          </w:p>
        </w:tc>
        <w:tc>
          <w:tcPr>
            <w:tcW w:type="dxa" w:w="1440"/>
          </w:tcPr>
          <w:p>
            <w:r>
              <w:t>Equipo</w:t>
            </w:r>
          </w:p>
        </w:tc>
        <w:tc>
          <w:tcPr>
            <w:tcW w:type="dxa" w:w="1440"/>
          </w:tcPr>
          <w:p>
            <w:r>
              <w:t>Marca/Modelo</w:t>
            </w:r>
          </w:p>
        </w:tc>
        <w:tc>
          <w:tcPr>
            <w:tcW w:type="dxa" w:w="1440"/>
          </w:tcPr>
          <w:p>
            <w:r>
              <w:t>Serial</w:t>
            </w:r>
          </w:p>
        </w:tc>
        <w:tc>
          <w:tcPr>
            <w:tcW w:type="dxa" w:w="1440"/>
          </w:tcPr>
          <w:p>
            <w:r>
              <w:t>Estado</w:t>
            </w:r>
          </w:p>
        </w:tc>
        <w:tc>
          <w:tcPr>
            <w:tcW w:type="dxa" w:w="1440"/>
          </w:tcPr>
          <w:p>
            <w:r>
              <w:t>Observaciones</w:t>
            </w:r>
          </w:p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pStyle w:val="Heading2"/>
      </w:pPr>
      <w:r>
        <w:t>4. Condiciones</w:t>
      </w:r>
    </w:p>
    <w:p>
      <w:pPr>
        <w:pStyle w:val="ListBullet"/>
      </w:pPr>
      <w:r>
        <w:t>Los equipos se entregan en el estado indicado.</w:t>
      </w:r>
    </w:p>
    <w:p>
      <w:pPr>
        <w:pStyle w:val="ListBullet"/>
      </w:pPr>
      <w:r>
        <w:t>El receptor asume el cuidado y uso adecuado.</w:t>
      </w:r>
    </w:p>
    <w:p>
      <w:pPr>
        <w:pStyle w:val="ListBullet"/>
      </w:pPr>
      <w:r>
        <w:t>Todo daño o pérdida deberá reportarse.</w:t>
      </w:r>
    </w:p>
    <w:p>
      <w:pPr>
        <w:pStyle w:val="ListBullet"/>
      </w:pPr>
      <w:r>
        <w:t>El acta sirve como soporte de la entrega.</w:t>
      </w:r>
    </w:p>
    <w:p>
      <w:pPr>
        <w:pStyle w:val="Heading2"/>
      </w:pPr>
      <w:r>
        <w:t>5. Observaciones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pPr>
        <w:pStyle w:val="Heading2"/>
      </w:pPr>
      <w:r>
        <w:t>6. Firmas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ENTREGADOR</w:t>
            </w:r>
          </w:p>
        </w:tc>
        <w:tc>
          <w:tcPr>
            <w:tcW w:type="dxa" w:w="4320"/>
          </w:tcPr>
          <w:p>
            <w:r>
              <w:t>RECEPTOR</w:t>
            </w:r>
          </w:p>
        </w:tc>
      </w:tr>
      <w:tr>
        <w:tc>
          <w:tcPr>
            <w:tcW w:type="dxa" w:w="4320"/>
          </w:tcPr>
          <w:p>
            <w:r>
              <w:br/>
              <w:br/>
              <w:t>Firma: __________________</w:t>
              <w:br/>
              <w:t>Nombre:</w:t>
              <w:br/>
              <w:t>Cargo:</w:t>
            </w:r>
          </w:p>
        </w:tc>
        <w:tc>
          <w:tcPr>
            <w:tcW w:type="dxa" w:w="4320"/>
          </w:tcPr>
          <w:p>
            <w:r>
              <w:br/>
              <w:br/>
              <w:t>Firma: __________________</w:t>
              <w:br/>
              <w:t>Nombre:</w:t>
              <w:br/>
              <w:t>Cargo:</w:t>
            </w:r>
          </w:p>
        </w:tc>
      </w:tr>
    </w:tbl>
    <w:p>
      <w:r>
        <w:br w:type="page"/>
      </w:r>
    </w:p>
    <w:p>
      <w:pPr>
        <w:pStyle w:val="Heading2"/>
      </w:pPr>
      <w:r>
        <w:t>Guía rápida</w:t>
      </w:r>
    </w:p>
    <w:p>
      <w:pPr>
        <w:pStyle w:val="ListBullet"/>
      </w:pPr>
      <w:r>
        <w:t>Verifique la información antes de firmar.</w:t>
      </w:r>
    </w:p>
    <w:p>
      <w:pPr>
        <w:pStyle w:val="ListBullet"/>
      </w:pPr>
      <w:r>
        <w:t>Registre números de serie.</w:t>
      </w:r>
    </w:p>
    <w:p>
      <w:pPr>
        <w:pStyle w:val="ListBullet"/>
      </w:pPr>
      <w:r>
        <w:t>Describa el estado de cada equipo.</w:t>
      </w:r>
    </w:p>
    <w:p>
      <w:pPr>
        <w:pStyle w:val="ListBullet"/>
      </w:pPr>
      <w:r>
        <w:t>Conserve una copia firmada.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