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ACTA DE INVENTARIO</w:t>
      </w:r>
    </w:p>
    <w:p>
      <w:r>
        <w:t>Empresa / Entidad: _____________________________________________</w:t>
      </w:r>
    </w:p>
    <w:p>
      <w:r>
        <w:t>Fecha: ____ / ____ / ______</w:t>
      </w:r>
    </w:p>
    <w:p>
      <w:r>
        <w:t>Lugar: _________________________________________________________</w:t>
      </w:r>
    </w:p>
    <w:p>
      <w:r>
        <w:t>Responsable del inventario: _____________________________________</w:t>
      </w:r>
    </w:p>
    <w:p>
      <w:pPr>
        <w:pStyle w:val="Heading2"/>
      </w:pPr>
      <w:r>
        <w:t>1. Relación de bienes inventariados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t>Ítem</w:t>
            </w:r>
          </w:p>
        </w:tc>
        <w:tc>
          <w:tcPr>
            <w:tcW w:type="dxa" w:w="1080"/>
          </w:tcPr>
          <w:p>
            <w:r>
              <w:t>Categoría</w:t>
            </w:r>
          </w:p>
        </w:tc>
        <w:tc>
          <w:tcPr>
            <w:tcW w:type="dxa" w:w="1080"/>
          </w:tcPr>
          <w:p>
            <w:r>
              <w:t>Descripción</w:t>
            </w:r>
          </w:p>
        </w:tc>
        <w:tc>
          <w:tcPr>
            <w:tcW w:type="dxa" w:w="1080"/>
          </w:tcPr>
          <w:p>
            <w:r>
              <w:t>Marca/Modelo</w:t>
            </w:r>
          </w:p>
        </w:tc>
        <w:tc>
          <w:tcPr>
            <w:tcW w:type="dxa" w:w="1080"/>
          </w:tcPr>
          <w:p>
            <w:r>
              <w:t>Serial</w:t>
            </w:r>
          </w:p>
        </w:tc>
        <w:tc>
          <w:tcPr>
            <w:tcW w:type="dxa" w:w="1080"/>
          </w:tcPr>
          <w:p>
            <w:r>
              <w:t>Cantidad</w:t>
            </w:r>
          </w:p>
        </w:tc>
        <w:tc>
          <w:tcPr>
            <w:tcW w:type="dxa" w:w="1080"/>
          </w:tcPr>
          <w:p>
            <w:r>
              <w:t>Estado</w:t>
            </w:r>
          </w:p>
        </w:tc>
        <w:tc>
          <w:tcPr>
            <w:tcW w:type="dxa" w:w="1080"/>
          </w:tcPr>
          <w:p>
            <w:r>
              <w:t>Observaciones</w:t>
            </w:r>
          </w:p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  <w:tr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</w:tr>
    </w:tbl>
    <w:p>
      <w:pPr>
        <w:pStyle w:val="Heading2"/>
      </w:pPr>
      <w:r>
        <w:t>2. Resumen</w:t>
      </w:r>
    </w:p>
    <w:p>
      <w:r>
        <w:t>Total de bienes: ________________________</w:t>
      </w:r>
    </w:p>
    <w:p>
      <w:r>
        <w:t>Bienes en buen estado: __________________</w:t>
      </w:r>
    </w:p>
    <w:p>
      <w:r>
        <w:t>Bienes por reparar: _____________________</w:t>
      </w:r>
    </w:p>
    <w:p>
      <w:r>
        <w:t>Bienes dados de baja: ___________________</w:t>
      </w:r>
    </w:p>
    <w:p>
      <w:pPr>
        <w:pStyle w:val="Heading2"/>
      </w:pPr>
      <w:r>
        <w:t>3. Observaciones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r>
        <w:t>__________________________________________________________________________________________</w:t>
      </w:r>
    </w:p>
    <w:p>
      <w:pPr>
        <w:pStyle w:val="Heading2"/>
      </w:pPr>
      <w:r>
        <w:t>4. Firmas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Responsable</w:t>
            </w:r>
          </w:p>
        </w:tc>
        <w:tc>
          <w:tcPr>
            <w:tcW w:type="dxa" w:w="2880"/>
          </w:tcPr>
          <w:p>
            <w:r>
              <w:t>Supervisor</w:t>
            </w:r>
          </w:p>
        </w:tc>
        <w:tc>
          <w:tcPr>
            <w:tcW w:type="dxa" w:w="2880"/>
          </w:tcPr>
          <w:p>
            <w:r>
              <w:t>Testigo</w:t>
            </w:r>
          </w:p>
        </w:tc>
      </w:tr>
      <w:tr>
        <w:tc>
          <w:tcPr>
            <w:tcW w:type="dxa" w:w="2880"/>
          </w:tcPr>
          <w:p>
            <w:r>
              <w:br/>
              <w:br/>
              <w:t>Firma: ________________</w:t>
              <w:br/>
              <w:t>Nombre:</w:t>
              <w:br/>
              <w:t>Cargo:</w:t>
            </w:r>
          </w:p>
        </w:tc>
        <w:tc>
          <w:tcPr>
            <w:tcW w:type="dxa" w:w="2880"/>
          </w:tcPr>
          <w:p>
            <w:r>
              <w:br/>
              <w:br/>
              <w:t>Firma: ________________</w:t>
              <w:br/>
              <w:t>Nombre:</w:t>
              <w:br/>
              <w:t>Cargo:</w:t>
            </w:r>
          </w:p>
        </w:tc>
        <w:tc>
          <w:tcPr>
            <w:tcW w:type="dxa" w:w="2880"/>
          </w:tcPr>
          <w:p>
            <w:r>
              <w:br/>
              <w:br/>
              <w:t>Firma: ________________</w:t>
              <w:br/>
              <w:t>Nombre:</w:t>
            </w:r>
          </w:p>
        </w:tc>
      </w:tr>
    </w:tbl>
    <w:p>
      <w:r>
        <w:br w:type="page"/>
      </w:r>
    </w:p>
    <w:p>
      <w:pPr>
        <w:pStyle w:val="Heading2"/>
      </w:pPr>
      <w:r>
        <w:t>Guía rápida</w:t>
      </w:r>
    </w:p>
    <w:p>
      <w:pPr>
        <w:pStyle w:val="ListBullet"/>
      </w:pPr>
      <w:r>
        <w:t>Registre todos los bienes inventariados.</w:t>
      </w:r>
    </w:p>
    <w:p>
      <w:pPr>
        <w:pStyle w:val="ListBullet"/>
      </w:pPr>
      <w:r>
        <w:t>Anote marca, modelo y serial cuando existan.</w:t>
      </w:r>
    </w:p>
    <w:p>
      <w:pPr>
        <w:pStyle w:val="ListBullet"/>
      </w:pPr>
      <w:r>
        <w:t>Describa el estado del bien.</w:t>
      </w:r>
    </w:p>
    <w:p>
      <w:pPr>
        <w:pStyle w:val="ListBullet"/>
      </w:pPr>
      <w:r>
        <w:t>Adjunte soportes si es necesario.</w:t>
      </w:r>
    </w:p>
    <w:p>
      <w:pPr>
        <w:pStyle w:val="ListBullet"/>
      </w:pPr>
      <w:r>
        <w:t>Conserve una copia firmada.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