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CARTA DE RECOMENDACIÓN LABORAL PARA INMIGRACIÓN / VISA</w:t>
      </w:r>
    </w:p>
    <w:p>
      <w:r>
        <w:t>Nombre de la empresa: ______________________________________________</w:t>
      </w:r>
    </w:p>
    <w:p>
      <w:r>
        <w:t>Dirección: ________________________________________________________</w:t>
      </w:r>
    </w:p>
    <w:p>
      <w:r>
        <w:t>Teléfono: ____________________   Correo: ____________________________</w:t>
      </w:r>
    </w:p>
    <w:p>
      <w:r>
        <w:t>Fecha: ____ / ____ / ______</w:t>
      </w:r>
    </w:p>
    <w:p>
      <w:r>
        <w:t>Destinatario: A quien corresponda / Consulado / Embajada</w:t>
      </w:r>
    </w:p>
    <w:p>
      <w:r>
        <w:rPr>
          <w:b/>
        </w:rPr>
        <w:t xml:space="preserve">Asunto: </w:t>
      </w:r>
      <w:r>
        <w:t>Carta de recomendación laboral</w:t>
      </w:r>
    </w:p>
    <w:p/>
    <w:p>
      <w:r>
        <w:t>Por medio de la presente recomiendo ampliamente al(la) señor(a) ______________________________________, identificado(a) con ________________________, quien laboró/labora en ______________________________________ como ______________________________________ desde ____/____/______ hasta ____/____/______ (o la fecha actual).</w:t>
        <w:br/>
        <w:br/>
        <w:t>Durante este periodo demostró responsabilidad, ética, compromiso y excelentes competencias profesionales. Sus principales funciones fueron:</w:t>
        <w:br/>
        <w:br/>
        <w:t>• ____________________________________________</w:t>
        <w:br/>
        <w:t>• ____________________________________________</w:t>
        <w:br/>
        <w:t>• ____________________________________________</w:t>
        <w:br/>
        <w:br/>
        <w:t>Entre sus logros más relevantes destacan:</w:t>
        <w:br/>
        <w:br/>
        <w:t>• ____________________________________________</w:t>
        <w:br/>
        <w:t>• ____________________________________________</w:t>
        <w:br/>
        <w:br/>
        <w:t>Considero que posee las capacidades necesarias para desempeñarse exitosamente en cualquier organización. La presente recomendación se expide a solicitud del interesado para ser presentada en procesos de inmigración, solicitudes de visa o ante la autoridad competente.</w:t>
      </w:r>
    </w:p>
    <w:p/>
    <w:p>
      <w:r>
        <w:rPr>
          <w:b/>
        </w:rPr>
        <w:t>Atentamente</w:t>
        <w:br/>
        <w:br/>
      </w:r>
      <w:r>
        <w:t>____________________________________</w:t>
        <w:br/>
      </w:r>
      <w:r>
        <w:t>Nombre del recomendador</w:t>
        <w:br/>
      </w:r>
      <w:r>
        <w:t>Cargo</w:t>
        <w:br/>
      </w:r>
      <w:r>
        <w:t>Empresa</w:t>
        <w:br/>
      </w:r>
      <w:r>
        <w:t>Teléfono</w:t>
        <w:br/>
      </w:r>
      <w:r>
        <w:t>Correo electrónico</w:t>
        <w:br/>
      </w:r>
      <w:r>
        <w:t>Firma y sello</w:t>
      </w:r>
    </w:p>
    <w:p>
      <w:r>
        <w:br w:type="page"/>
      </w:r>
    </w:p>
    <w:p>
      <w:pPr>
        <w:pStyle w:val="Heading2"/>
      </w:pPr>
      <w:r>
        <w:t>Instrucciones de uso</w:t>
      </w:r>
    </w:p>
    <w:p>
      <w:pPr>
        <w:pStyle w:val="ListBullet"/>
      </w:pPr>
      <w:r>
        <w:t>Completa todos los campos antes de imprimir.</w:t>
      </w:r>
    </w:p>
    <w:p>
      <w:pPr>
        <w:pStyle w:val="ListBullet"/>
      </w:pPr>
      <w:r>
        <w:t>Utiliza papel membretado cuando sea posible.</w:t>
      </w:r>
    </w:p>
    <w:p>
      <w:pPr>
        <w:pStyle w:val="ListBullet"/>
      </w:pPr>
      <w:r>
        <w:t>Incluye información real y verificable.</w:t>
      </w:r>
    </w:p>
    <w:p>
      <w:pPr>
        <w:pStyle w:val="ListBullet"/>
      </w:pPr>
      <w:r>
        <w:t>Firma la carta y agrega sello de la empresa.</w:t>
      </w:r>
    </w:p>
    <w:p>
      <w:pPr>
        <w:pStyle w:val="ListBullet"/>
      </w:pPr>
      <w:r>
        <w:t>Personaliza el contenido según el país o entidad migratoria.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