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CONSTANCIA LABORAL PARA TRÁMITES DE VISA</w:t>
      </w:r>
    </w:p>
    <w:p>
      <w:r>
        <w:rPr>
          <w:b/>
        </w:rPr>
        <w:t xml:space="preserve">Lugar y fecha: </w:t>
      </w:r>
      <w:r>
        <w:t>_______________________________</w:t>
      </w:r>
    </w:p>
    <w:p/>
    <w:p>
      <w:r>
        <w:rPr>
          <w:b/>
        </w:rPr>
        <w:t>A QUIEN CORRESPONDA</w:t>
        <w:br/>
        <w:br/>
      </w:r>
      <w:r>
        <w:t>Por medio de la presente certificamos que el(la) señor(a) __________________________________________, identificado(a) con __________________________, labora en nuestra empresa __________________________________________, desempeñando el cargo de __________________________________________ desde el ____/____/______ hasta la fecha.</w:t>
        <w:br/>
        <w:br/>
      </w:r>
    </w:p>
    <w:p>
      <w:r>
        <w:rPr>
          <w:b/>
        </w:rPr>
        <w:t xml:space="preserve">Tipo de contrato: </w:t>
      </w:r>
      <w:r>
        <w:t>________________________________</w:t>
      </w:r>
    </w:p>
    <w:p>
      <w:r>
        <w:rPr>
          <w:b/>
        </w:rPr>
        <w:t xml:space="preserve">Jornada laboral: </w:t>
      </w:r>
      <w:r>
        <w:t>________________________________</w:t>
      </w:r>
    </w:p>
    <w:p>
      <w:r>
        <w:rPr>
          <w:b/>
        </w:rPr>
        <w:t xml:space="preserve">Salario mensual: </w:t>
      </w:r>
      <w:r>
        <w:t>________________________________</w:t>
      </w:r>
    </w:p>
    <w:p>
      <w:r>
        <w:rPr>
          <w:b/>
        </w:rPr>
        <w:t xml:space="preserve">Funciones principales: </w:t>
      </w:r>
      <w:r>
        <w:t>• __________________________________________</w:t>
        <w:br/>
        <w:t>• __________________________________________</w:t>
        <w:br/>
        <w:t>• __________________________________________</w:t>
      </w:r>
    </w:p>
    <w:p/>
    <w:p>
      <w:r>
        <w:t>La presente constancia se expide a solicitud del interesado para ser presentada ante las autoridades migratorias o la entidad que corresponda, sin que ello implique compromiso adicional por parte de la empresa.</w:t>
      </w:r>
    </w:p>
    <w:p/>
    <w:p>
      <w:r>
        <w:rPr>
          <w:b/>
        </w:rPr>
        <w:t>Atentamente,</w:t>
        <w:br/>
        <w:br/>
      </w:r>
      <w:r>
        <w:t>__________________________________________</w:t>
        <w:br/>
      </w:r>
      <w:r>
        <w:t>Nombre del representante</w:t>
        <w:br/>
      </w:r>
      <w:r>
        <w:t>Cargo</w:t>
        <w:br/>
      </w:r>
      <w:r>
        <w:t>Empresa</w:t>
        <w:br/>
      </w:r>
      <w:r>
        <w:t>Teléfono</w:t>
        <w:br/>
      </w:r>
      <w:r>
        <w:t>Correo electrónico</w:t>
        <w:br/>
      </w:r>
      <w:r>
        <w:t>Firma y sello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