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ACTA DE DESCARGOS LABORAL</w:t>
      </w:r>
    </w:p>
    <w:p>
      <w:r>
        <w:t>Empresa: ____________________________________________</w:t>
      </w:r>
    </w:p>
    <w:p>
      <w:r>
        <w:t>Fecha: ____ / ____ / ______</w:t>
      </w:r>
    </w:p>
    <w:p>
      <w:r>
        <w:t>Lugar: ______________________________________________</w:t>
      </w:r>
    </w:p>
    <w:p>
      <w:pPr>
        <w:pStyle w:val="Heading2"/>
      </w:pPr>
      <w:r>
        <w:t>1. Datos del trabajador</w:t>
      </w:r>
    </w:p>
    <w:p>
      <w:r>
        <w:t>Nombre completo: __________________________________________</w:t>
      </w:r>
    </w:p>
    <w:p>
      <w:r>
        <w:t>Documento de identidad: ___________________________________</w:t>
      </w:r>
    </w:p>
    <w:p>
      <w:r>
        <w:t>Cargo: _________________________________________________</w:t>
      </w:r>
    </w:p>
    <w:p>
      <w:r>
        <w:t>Área: _________________________________________________</w:t>
      </w:r>
    </w:p>
    <w:p>
      <w:r>
        <w:t>Jefe inmediato: ________________________________________</w:t>
      </w:r>
    </w:p>
    <w:p>
      <w:pPr>
        <w:pStyle w:val="Heading2"/>
      </w:pPr>
      <w:r>
        <w:t>2. Descripción de la presunta falta</w:t>
      </w:r>
    </w:p>
    <w:p>
      <w:r>
        <w:t>Fecha de los hechos: 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3. Descargos del trabajador</w:t>
      </w:r>
    </w:p>
    <w:p>
      <w:r>
        <w:t>Explique su versión de los hechos: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4. Evidencias anexas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5. Observaciones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6. Firmas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Trabajador</w:t>
            </w:r>
          </w:p>
        </w:tc>
        <w:tc>
          <w:tcPr>
            <w:tcW w:type="dxa" w:w="2880"/>
          </w:tcPr>
          <w:p>
            <w:r>
              <w:t>Representante de la empresa</w:t>
            </w:r>
          </w:p>
        </w:tc>
        <w:tc>
          <w:tcPr>
            <w:tcW w:type="dxa" w:w="2880"/>
          </w:tcPr>
          <w:p>
            <w:r>
              <w:t>Testigo (Opcional)</w:t>
            </w:r>
          </w:p>
        </w:tc>
      </w:tr>
      <w:tr>
        <w:tc>
          <w:tcPr>
            <w:tcW w:type="dxa" w:w="2880"/>
          </w:tcPr>
          <w:p>
            <w:r>
              <w:br/>
              <w:br/>
              <w:t>Firma: ____________________</w:t>
              <w:br/>
              <w:t>Nombre:</w:t>
            </w:r>
          </w:p>
        </w:tc>
        <w:tc>
          <w:tcPr>
            <w:tcW w:type="dxa" w:w="2880"/>
          </w:tcPr>
          <w:p>
            <w:r>
              <w:br/>
              <w:br/>
              <w:t>Firma: ____________________</w:t>
              <w:br/>
              <w:t>Nombre:</w:t>
              <w:br/>
              <w:t>Cargo:</w:t>
            </w:r>
          </w:p>
        </w:tc>
        <w:tc>
          <w:tcPr>
            <w:tcW w:type="dxa" w:w="2880"/>
          </w:tcPr>
          <w:p>
            <w:r>
              <w:br/>
              <w:br/>
              <w:t>Firma: ____________________</w:t>
              <w:br/>
              <w:t>Nombre:</w:t>
            </w:r>
          </w:p>
        </w:tc>
      </w:tr>
    </w:tbl>
    <w:p>
      <w:r>
        <w:br w:type="page"/>
      </w:r>
    </w:p>
    <w:p>
      <w:pPr>
        <w:pStyle w:val="Heading2"/>
      </w:pPr>
      <w:r>
        <w:t>Guía rápida de diligenciamiento</w:t>
      </w:r>
    </w:p>
    <w:p>
      <w:pPr>
        <w:pStyle w:val="ListBullet"/>
      </w:pPr>
      <w:r>
        <w:t>Escriba los hechos de forma cronológica.</w:t>
      </w:r>
    </w:p>
    <w:p>
      <w:pPr>
        <w:pStyle w:val="ListBullet"/>
      </w:pPr>
      <w:r>
        <w:t>Utilice un lenguaje respetuoso y objetivo.</w:t>
      </w:r>
    </w:p>
    <w:p>
      <w:pPr>
        <w:pStyle w:val="ListBullet"/>
      </w:pPr>
      <w:r>
        <w:t>Adjunte pruebas cuando existan.</w:t>
      </w:r>
    </w:p>
    <w:p>
      <w:pPr>
        <w:pStyle w:val="ListBullet"/>
      </w:pPr>
      <w:r>
        <w:t>Revise la información antes de firmar.</w:t>
      </w:r>
    </w:p>
    <w:p>
      <w:pPr>
        <w:pStyle w:val="ListBullet"/>
      </w:pPr>
      <w:r>
        <w:t>Conserve una copia del documento.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