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CONSTANCIA LABORAL</w:t>
      </w:r>
    </w:p>
    <w:p>
      <w:pPr>
        <w:jc w:val="center"/>
      </w:pPr>
      <w:r>
        <w:rPr>
          <w:b/>
          <w:sz w:val="22"/>
        </w:rPr>
        <w:t>Para solicitud de crédito hipotecario</w:t>
      </w:r>
    </w:p>
    <w:p/>
    <w:p>
      <w:r>
        <w:rPr>
          <w:b/>
        </w:rPr>
        <w:t>A quien corresponda:</w:t>
        <w:br/>
      </w:r>
      <w:r>
        <w:t>Por medio de la presente, se hace constar que el(la) señor(a) [NOMBRE COMPLETO DEL EMPLEADO], identificado(a) con [TIPO Y NÚMERO DE IDENTIFICACIÓN], se encuentra vinculado(a) laboralmente con [NOMBRE DE LA EMPRESA], identificada con NIT [NÚMERO DE NIT], desde el [FECHA DE INGRESO].</w:t>
      </w:r>
    </w:p>
    <w:p>
      <w:r>
        <w:rPr>
          <w:b/>
        </w:rPr>
        <w:t>Información laboral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r>
              <w:rPr>
                <w:b/>
              </w:rPr>
              <w:t>Nombre completo</w:t>
            </w:r>
          </w:p>
        </w:tc>
        <w:tc>
          <w:tcPr>
            <w:tcW w:type="dxa" w:w="4873"/>
            <w:vAlign w:val="center"/>
          </w:tcPr>
          <w:p>
            <w:r>
              <w:t>[NOMBRE DEL EMPLEADO]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b/>
              </w:rPr>
              <w:t>Documento de identidad</w:t>
            </w:r>
          </w:p>
        </w:tc>
        <w:tc>
          <w:tcPr>
            <w:tcW w:type="dxa" w:w="4873"/>
            <w:vAlign w:val="center"/>
          </w:tcPr>
          <w:p>
            <w:r>
              <w:t>[TIPO Y NÚMERO]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b/>
              </w:rPr>
              <w:t>Cargo</w:t>
            </w:r>
          </w:p>
        </w:tc>
        <w:tc>
          <w:tcPr>
            <w:tcW w:type="dxa" w:w="4873"/>
            <w:vAlign w:val="center"/>
          </w:tcPr>
          <w:p>
            <w:r>
              <w:t>[CARGO ACTUAL]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b/>
              </w:rPr>
              <w:t>Fecha de ingreso</w:t>
            </w:r>
          </w:p>
        </w:tc>
        <w:tc>
          <w:tcPr>
            <w:tcW w:type="dxa" w:w="4873"/>
            <w:vAlign w:val="center"/>
          </w:tcPr>
          <w:p>
            <w:r>
              <w:t>[DD/MM/AAAA]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b/>
              </w:rPr>
              <w:t>Tipo de contrato</w:t>
            </w:r>
          </w:p>
        </w:tc>
        <w:tc>
          <w:tcPr>
            <w:tcW w:type="dxa" w:w="4873"/>
            <w:vAlign w:val="center"/>
          </w:tcPr>
          <w:p>
            <w:r>
              <w:t>[TIPO DE CONTRATO]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b/>
              </w:rPr>
              <w:t>Salario mensual</w:t>
            </w:r>
          </w:p>
        </w:tc>
        <w:tc>
          <w:tcPr>
            <w:tcW w:type="dxa" w:w="4873"/>
            <w:vAlign w:val="center"/>
          </w:tcPr>
          <w:p>
            <w:r>
              <w:t>$ [VALOR]</w:t>
            </w:r>
          </w:p>
        </w:tc>
      </w:tr>
      <w:tr>
        <w:tc>
          <w:tcPr>
            <w:tcW w:type="dxa" w:w="4873"/>
            <w:vAlign w:val="center"/>
          </w:tcPr>
          <w:p>
            <w:r>
              <w:rPr>
                <w:b/>
              </w:rPr>
              <w:t>Otros ingresos o beneficios</w:t>
            </w:r>
          </w:p>
        </w:tc>
        <w:tc>
          <w:tcPr>
            <w:tcW w:type="dxa" w:w="4873"/>
            <w:vAlign w:val="center"/>
          </w:tcPr>
          <w:p>
            <w:r>
              <w:t>[SI APLICA]</w:t>
            </w:r>
          </w:p>
        </w:tc>
      </w:tr>
    </w:tbl>
    <w:p/>
    <w:p>
      <w:r>
        <w:rPr>
          <w:b/>
        </w:rPr>
        <w:t>Objeto de la constancia</w:t>
      </w:r>
    </w:p>
    <w:p>
      <w:r>
        <w:t>La presente constancia se expide a solicitud del interesado para ser presentada como soporte de su solicitud de crédito hipotecario ante [NOMBRE DE LA ENTIDAD FINANCIERA], o ante la entidad que corresponda.</w:t>
      </w:r>
    </w:p>
    <w:p>
      <w:r>
        <w:rPr>
          <w:b/>
        </w:rPr>
        <w:t>Estado de la relación laboral</w:t>
      </w:r>
    </w:p>
    <w:p>
      <w:r>
        <w:t>A la fecha de expedición de esta constancia, el(la) trabajador(a) se encuentra vinculado(a) laboralmente con la empresa y ocupa el cargo indicado en este documento.</w:t>
      </w:r>
    </w:p>
    <w:p>
      <w:r>
        <w:t>La presente constancia se expide en [CIUDAD], a los [DÍA] días del mes de [MES] de [AÑO], a solicitud del interesado.</w:t>
      </w:r>
    </w:p>
    <w:p/>
    <w:p>
      <w:r>
        <w:t>Atentamente:</w:t>
      </w:r>
    </w:p>
    <w:p>
      <w:r>
        <w:br/>
        <w:br/>
        <w:t>_______________________________</w:t>
      </w:r>
    </w:p>
    <w:p>
      <w:r>
        <w:rPr>
          <w:b/>
        </w:rPr>
        <w:t>[NOMBRE DEL REPRESENTANTE O RESPONSABLE]</w:t>
      </w:r>
    </w:p>
    <w:p>
      <w:r>
        <w:t>[CARGO]</w:t>
        <w:br/>
        <w:t>[NOMBRE DE LA EMPRESA]</w:t>
        <w:br/>
        <w:t>Teléfono: [TELÉFONO]</w:t>
        <w:br/>
        <w:t>Correo electrónico: [CORREO]</w:t>
      </w:r>
    </w:p>
    <w:p/>
    <w:p>
      <w:pPr>
        <w:jc w:val="center"/>
      </w:pPr>
      <w:r>
        <w:rPr>
          <w:i/>
          <w:sz w:val="18"/>
        </w:rPr>
        <w:t>Nota: verifica los requisitos específicos de la entidad financiera antes de presentar la constancia, ya que pueden variar según la institución y el trámite.</w:t>
      </w:r>
    </w:p>
    <w:sectPr w:rsidR="00FC693F" w:rsidRPr="0006063C" w:rsidSect="00034616">
      <w:head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8"/>
      </w:rPr>
      <w:t>[LOGO / NOMBRE DE LA EMPRESA]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Constancia Laboral para Crédito Hipotecario</dc:title>
  <dc:subject>Plantilla editable</dc:subject>
  <dc:creator>FormatosPro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