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[LOGO DE LA EMPRESA]</w:t>
      </w:r>
    </w:p>
    <w:p>
      <w:pPr>
        <w:jc w:val="center"/>
      </w:pPr>
      <w:r>
        <w:rPr>
          <w:b/>
          <w:sz w:val="26"/>
        </w:rPr>
        <w:t>[NOMBRE DE LA EMPRESA / RAZÓN SOCIAL]</w:t>
      </w:r>
    </w:p>
    <w:p>
      <w:pPr>
        <w:jc w:val="center"/>
      </w:pPr>
      <w:r>
        <w:rPr>
          <w:sz w:val="17"/>
        </w:rPr>
        <w:t>NIT: [NÚMERO DE NIT]  |  [DIRECCIÓN]  |  [TELÉFONO]  |  [CORREO]</w:t>
      </w:r>
    </w:p>
    <w:p>
      <w:pPr>
        <w:jc w:val="right"/>
      </w:pPr>
      <w:r>
        <w:t>[Ciudad], [día] de [mes] de [año]</w:t>
      </w:r>
    </w:p>
    <w:p>
      <w:r>
        <w:rPr>
          <w:b/>
        </w:rPr>
        <w:t>SEÑORES</w:t>
      </w:r>
      <w:r>
        <w:br/>
        <w:t>[INMOBILIARIA / ASEGURADORA DE ARRENDAMIENTO]</w:t>
        <w:br/>
        <w:t>[Ciudad]</w:t>
      </w:r>
    </w:p>
    <w:p>
      <w:r>
        <w:rPr>
          <w:b/>
        </w:rPr>
        <w:t xml:space="preserve">ASUNTO: </w:t>
      </w:r>
      <w:r>
        <w:t>Certificación laboral para solicitud de arrendamiento</w:t>
      </w:r>
    </w:p>
    <w:p>
      <w:r>
        <w:t>Cordial saludo,</w:t>
      </w:r>
    </w:p>
    <w:p>
      <w:r>
        <w:t>Por medio de la presente, el suscrito [NOMBRE DEL FIRMANTE], en calidad de [CARGO DEL FIRMANTE] de [NOMBRE DE LA EMPRESA / RAZÓN SOCIAL], identificada con NIT [NÚMERO DE NIT], hace constar que el(la) señor(a) [NOMBRE COMPLETO DEL EMPLEADO], identificado(a) con cédula de ciudadanía No. [NÚMERO DE IDENTIFICACIÓN], se encuentra vinculado(a) laboralmente con nuestra organización desde el [FECHA DE INGRESO].</w:t>
      </w:r>
    </w:p>
    <w:p>
      <w:r>
        <w:t>Para los fines pertinentes de su solicitud de arrendamiento, se certifican las siguientes condiciones laborales: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Cargo desempeñado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[CARGO]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Tipo de contrato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[TÉRMINO INDEFINIDO / TÉRMINO FIJO / OBRA O LABOR / OTRO]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Fecha de ingreso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[DD/MM/AAAA]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Salario mensual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$ [VALOR] COP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Ingresos variables promedio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$ [VALOR] COP / [NO APLICA]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r/>
            <w:r>
              <w:rPr>
                <w:rFonts w:ascii="Arial" w:hAnsi="Arial"/>
                <w:b/>
                <w:sz w:val="19"/>
              </w:rPr>
              <w:t>Período de referencia</w:t>
            </w:r>
          </w:p>
        </w:tc>
        <w:tc>
          <w:tcPr>
            <w:tcW w:type="dxa" w:w="4759"/>
            <w:vAlign w:val="center"/>
          </w:tcPr>
          <w:p>
            <w:r/>
            <w:r>
              <w:rPr>
                <w:rFonts w:ascii="Arial" w:hAnsi="Arial"/>
                <w:b w:val="0"/>
                <w:sz w:val="19"/>
              </w:rPr>
              <w:t>[INDICAR PERÍODO, SI APLICA]</w:t>
            </w:r>
          </w:p>
        </w:tc>
      </w:tr>
    </w:tbl>
    <w:p>
      <w:r>
        <w:t>La presente certificación se expide a solicitud del interesado para ser presentada ante la inmobiliaria, aseguradora de arrendamiento o entidad que corresponda, en la ciudad de [CIUDAD DE EXPEDICIÓN], a los [DÍA] días del mes de [MES] de [AÑO].</w:t>
      </w:r>
    </w:p>
    <w:p>
      <w:r>
        <w:t>Atentamente,</w:t>
      </w:r>
    </w:p>
    <w:p>
      <w:r>
        <w:br/>
        <w:br/>
        <w:t>_______________________________</w:t>
      </w:r>
    </w:p>
    <w:p>
      <w:r>
        <w:rPr>
          <w:b/>
        </w:rPr>
        <w:t>[NOMBRE DEL FIRMANTE]</w:t>
      </w:r>
    </w:p>
    <w:p>
      <w:r>
        <w:t>[CARGO DEL FIRMANTE]</w:t>
      </w:r>
    </w:p>
    <w:p>
      <w:r>
        <w:t>[NOMBRE DE LA EMPRESA]</w:t>
      </w:r>
    </w:p>
    <w:p>
      <w:r>
        <w:t>Teléfono: [TELÉFONO / EXTENSIÓN]</w:t>
      </w:r>
    </w:p>
    <w:p>
      <w:r>
        <w:t>Correo institucional: [CORREO ELECTRÓNICO]</w:t>
      </w:r>
    </w:p>
    <w:p>
      <w:pPr>
        <w:jc w:val="center"/>
      </w:pPr>
      <w:r>
        <w:rPr>
          <w:i/>
          <w:sz w:val="18"/>
        </w:rPr>
        <w:t>[SELLO DE LA EMPRESA, SI APLICA]</w:t>
      </w:r>
    </w:p>
    <w:p>
      <w:r>
        <w:br w:type="page"/>
      </w:r>
    </w:p>
    <w:p>
      <w:r>
        <w:rPr>
          <w:b/>
          <w:sz w:val="28"/>
        </w:rPr>
        <w:t>GUÍA DE USO DE LA PLANTILLA</w:t>
      </w:r>
    </w:p>
    <w:p>
      <w:pPr>
        <w:ind w:left="283"/>
      </w:pPr>
      <w:r>
        <w:rPr>
          <w:b/>
        </w:rPr>
        <w:t xml:space="preserve">• </w:t>
      </w:r>
      <w:r>
        <w:t>Reemplaza todos los campos entre corchetes con información real y actualizada.</w:t>
      </w:r>
    </w:p>
    <w:p>
      <w:pPr>
        <w:ind w:left="283"/>
      </w:pPr>
      <w:r>
        <w:rPr>
          <w:b/>
        </w:rPr>
        <w:t xml:space="preserve">• </w:t>
      </w:r>
      <w:r>
        <w:t>De ser posible, utiliza el membrete oficial de la empresa y conserva sus datos de contacto.</w:t>
      </w:r>
    </w:p>
    <w:p>
      <w:pPr>
        <w:ind w:left="283"/>
      </w:pPr>
      <w:r>
        <w:rPr>
          <w:b/>
        </w:rPr>
        <w:t xml:space="preserve">• </w:t>
      </w:r>
      <w:r>
        <w:t>Verifica que el cargo, fecha de ingreso, tipo de contrato e ingresos coincidan con los registros de la empresa.</w:t>
      </w:r>
    </w:p>
    <w:p>
      <w:pPr>
        <w:ind w:left="283"/>
      </w:pPr>
      <w:r>
        <w:rPr>
          <w:b/>
        </w:rPr>
        <w:t xml:space="preserve">• </w:t>
      </w:r>
      <w:r>
        <w:t>Si existen ingresos variables, especifica el promedio y el período utilizado para calcularlo, cuando corresponda.</w:t>
      </w:r>
    </w:p>
    <w:p>
      <w:pPr>
        <w:ind w:left="283"/>
      </w:pPr>
      <w:r>
        <w:rPr>
          <w:b/>
        </w:rPr>
        <w:t xml:space="preserve">• </w:t>
      </w:r>
      <w:r>
        <w:t>Antes de presentar el documento, confirma con la inmobiliaria o aseguradora si exige requisitos adicionales o una vigencia específica.</w:t>
      </w:r>
    </w:p>
    <w:p>
      <w:pPr>
        <w:ind w:left="283"/>
      </w:pPr>
      <w:r>
        <w:rPr>
          <w:b/>
        </w:rPr>
        <w:t xml:space="preserve">• </w:t>
      </w:r>
      <w:r>
        <w:t>La plantilla es un modelo general y debe adaptarse a las condiciones de cada empresa y al proceso de arrendamiento.</w:t>
      </w:r>
    </w:p>
    <w:p>
      <w:r>
        <w:rPr>
          <w:b/>
        </w:rPr>
        <w:t xml:space="preserve">Aviso: </w:t>
      </w:r>
      <w:r>
        <w:t>Este formato es un modelo de referencia general. Los requisitos pueden variar según la inmobiliaria, aseguradora, empresa y situación del solicitante.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