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22F67"/>
          <w:sz w:val="30"/>
        </w:rPr>
        <w:t>FormatosPro.com</w:t>
      </w:r>
    </w:p>
    <w:p>
      <w:pPr>
        <w:jc w:val="center"/>
      </w:pPr>
      <w:r>
        <w:rPr>
          <w:rFonts w:ascii="Arial" w:hAnsi="Arial"/>
          <w:b/>
          <w:color w:val="122F67"/>
          <w:sz w:val="34"/>
        </w:rPr>
        <w:t>CARTAS DE TERMINACIÓN DE CONTRATO DE TRABAJO</w:t>
      </w:r>
    </w:p>
    <w:p>
      <w:pPr>
        <w:jc w:val="center"/>
      </w:pPr>
      <w:r>
        <w:rPr>
          <w:i/>
        </w:rPr>
        <w:t>Colombia · Modelos editables de referencia</w:t>
      </w:r>
    </w:p>
    <w:p>
      <w:r>
        <w:rPr>
          <w:b/>
          <w:color w:val="122F67"/>
          <w:sz w:val="24"/>
        </w:rPr>
        <w:t>Importante antes de utilizar</w:t>
      </w:r>
    </w:p>
    <w:p>
      <w:pPr>
        <w:spacing w:after="120"/>
      </w:pPr>
      <w:r>
        <w:t>No existe una única carta válida para todas las terminaciones laborales. El texto debe corresponder a la causa y modalidad real de terminación. Este documento contiene cuatro modelos separados para evitar que el usuario utilice una carta genérica en un caso que requiere un tratamiento diferente.</w:t>
      </w:r>
    </w:p>
    <w:p>
      <w:pPr>
        <w:spacing w:after="120"/>
      </w:pPr>
      <w:r>
        <w:t>Estos modelos se elaboraron tomando como referencia el Código Sustantivo del Trabajo y las modificaciones introducidas por la Ley 2466 de 2025. Un formato no sustituye la revisión del contrato, reglamento interno, situación de estabilidad laboral reforzada ni las circunstancias particulares del caso.</w:t>
      </w:r>
    </w:p>
    <w:p>
      <w:r>
        <w:rPr>
          <w:b/>
          <w:color w:val="122F67"/>
          <w:sz w:val="24"/>
        </w:rPr>
        <w:t>Modelos incluidos</w:t>
      </w:r>
    </w:p>
    <w:p>
      <w:pPr>
        <w:spacing w:after="120"/>
      </w:pPr>
      <w:r>
        <w:t>1. No prórroga de contrato a término fijo.</w:t>
      </w:r>
    </w:p>
    <w:p>
      <w:pPr>
        <w:spacing w:after="120"/>
      </w:pPr>
      <w:r>
        <w:t>2. Terminación unilateral sin justa causa por parte del empleador.</w:t>
      </w:r>
    </w:p>
    <w:p>
      <w:pPr>
        <w:spacing w:after="120"/>
      </w:pPr>
      <w:r>
        <w:t>3. Terminación unilateral con justa causa por parte del empleador.</w:t>
      </w:r>
    </w:p>
    <w:p>
      <w:pPr>
        <w:spacing w:after="120"/>
      </w:pPr>
      <w:r>
        <w:t>4. Terminación por mutuo acuerdo.</w:t>
      </w:r>
    </w:p>
    <w:p>
      <w:r>
        <w:rPr>
          <w:b/>
          <w:color w:val="122F67"/>
          <w:sz w:val="24"/>
        </w:rPr>
        <w:t>Revisión previa</w:t>
      </w:r>
    </w:p>
    <w:p>
      <w:pPr>
        <w:spacing w:after="120"/>
      </w:pPr>
      <w:r>
        <w:t>• Verifique el tipo de contrato y la fecha exacta de terminación.</w:t>
      </w:r>
    </w:p>
    <w:p>
      <w:pPr>
        <w:spacing w:after="120"/>
      </w:pPr>
      <w:r>
        <w:t>• Revise si existe fuero o estabilidad laboral reforzada u otra protección especial antes de comunicar la terminación.</w:t>
      </w:r>
    </w:p>
    <w:p>
      <w:pPr>
        <w:spacing w:after="120"/>
      </w:pPr>
      <w:r>
        <w:t>• Si se trata de una justa causa, documente y adelante el procedimiento que corresponda antes de emitir la decisión.</w:t>
      </w:r>
    </w:p>
    <w:p>
      <w:pPr>
        <w:spacing w:after="120"/>
      </w:pPr>
      <w:r>
        <w:t>• Conserve prueba de la entrega o recepción de la comunicación.</w:t>
      </w:r>
    </w:p>
    <w:p>
      <w:pPr>
        <w:spacing w:after="120"/>
      </w:pPr>
      <w:r>
        <w:t>• Realice la liquidación y demás actuaciones de cierre que correspondan al caso.</w:t>
      </w:r>
    </w:p>
    <w:p>
      <w:r>
        <w:br w:type="page"/>
      </w:r>
    </w:p>
    <w:p>
      <w:pPr>
        <w:jc w:val="center"/>
      </w:pPr>
      <w:r>
        <w:rPr>
          <w:rFonts w:ascii="Arial" w:hAnsi="Arial"/>
          <w:b/>
          <w:color w:val="122F67"/>
          <w:sz w:val="34"/>
        </w:rPr>
        <w:t>MODELO 1</w:t>
      </w:r>
    </w:p>
    <w:p>
      <w:pPr>
        <w:jc w:val="center"/>
      </w:pPr>
      <w:r>
        <w:rPr>
          <w:rFonts w:ascii="Arial" w:hAnsi="Arial"/>
          <w:b/>
          <w:color w:val="122F67"/>
          <w:sz w:val="30"/>
        </w:rPr>
        <w:t>No prórroga de contrato a término fijo</w:t>
      </w:r>
    </w:p>
    <w:p>
      <w:pPr>
        <w:spacing w:after="120"/>
      </w:pPr>
      <w:r>
        <w:t>Utilice este modelo cuando exista un contrato a término fijo vigente y el empleador haya decidido no prorrogarlo, verificando previamente el plazo contractual y el aviso correspondiente.</w:t>
      </w:r>
    </w:p>
    <w:p>
      <w:r>
        <w:rPr>
          <w:b/>
          <w:color w:val="122F67"/>
          <w:sz w:val="24"/>
        </w:rPr>
        <w:t>Carta</w:t>
      </w:r>
    </w:p>
    <w:p>
      <w:pPr>
        <w:spacing w:after="120"/>
      </w:pPr>
      <w:r>
        <w:t>[CIUDAD], [FECHA]</w:t>
      </w:r>
    </w:p>
    <w:p>
      <w:pPr>
        <w:spacing w:after="120"/>
      </w:pPr>
      <w:r>
        <w:t>Señor(a)</w:t>
        <w:br/>
        <w:t>[NOMBRE COMPLETO DEL TRABAJADOR]</w:t>
        <w:br/>
        <w:t>[C.C. / DOCUMENTO]</w:t>
        <w:br/>
        <w:t>[CARGO]</w:t>
      </w:r>
    </w:p>
    <w:p>
      <w:pPr>
        <w:spacing w:after="120"/>
      </w:pPr>
      <w:r>
        <w:t>Asunto: Notificación de no prórroga del contrato de trabajo a término fijo</w:t>
      </w:r>
    </w:p>
    <w:p>
      <w:pPr>
        <w:spacing w:after="120"/>
      </w:pPr>
      <w:r>
        <w:t>Respetado(a) señor(a) [APELLIDO]:</w:t>
      </w:r>
    </w:p>
    <w:p>
      <w:pPr>
        <w:spacing w:after="120"/>
      </w:pPr>
      <w:r>
        <w:t>Por medio de la presente, [NOMBRE DE LA EMPRESA], identificada con NIT [NIT], le comunica su decisión de no prorrogar el contrato de trabajo a término fijo suscrito el [FECHA DE INICIO], cuyo término vigente finaliza el [FECHA DE VENCIMIENTO].</w:t>
      </w:r>
    </w:p>
    <w:p>
      <w:pPr>
        <w:spacing w:after="120"/>
      </w:pPr>
      <w:r>
        <w:t>En consecuencia, la relación laboral finalizará al vencimiento del término pactado, el día [FECHA], sin perjuicio de las obligaciones laborales que correspondan con ocasión de la terminación.</w:t>
      </w:r>
    </w:p>
    <w:p>
      <w:pPr>
        <w:spacing w:after="120"/>
      </w:pPr>
      <w:r>
        <w:t>La empresa realizará el pago de los salarios, prestaciones sociales, vacaciones y demás conceptos que correspondan de acuerdo con la ley y con la situación contractual.</w:t>
      </w:r>
    </w:p>
    <w:p>
      <w:pPr>
        <w:spacing w:after="120"/>
      </w:pPr>
      <w:r>
        <w:t>Atentamente,</w:t>
      </w:r>
    </w:p>
    <w:p>
      <w:pPr>
        <w:spacing w:after="120"/>
      </w:pPr>
      <w:r>
        <w:t>[NOMBRE DEL REPRESENTANTE]</w:t>
        <w:br/>
        <w:t>[CARGO]</w:t>
        <w:br/>
        <w:t>[EMPRESA]</w:t>
        <w:br/>
        <w:t>[FIRMA]</w:t>
      </w:r>
    </w:p>
    <w:p>
      <w:pPr>
        <w:spacing w:after="120"/>
      </w:pPr>
      <w:r>
        <w:t>Constancia de recibido:</w:t>
        <w:br/>
        <w:t>Nombre: ______________________________</w:t>
        <w:br/>
        <w:t>Documento: ___________________________</w:t>
        <w:br/>
        <w:t>Fecha: __________ Hora: __________</w:t>
        <w:br/>
        <w:t>Firma: _______________________________</w:t>
      </w:r>
    </w:p>
    <w:p>
      <w:r>
        <w:br w:type="page"/>
      </w:r>
    </w:p>
    <w:p>
      <w:pPr>
        <w:jc w:val="center"/>
      </w:pPr>
      <w:r>
        <w:rPr>
          <w:rFonts w:ascii="Arial" w:hAnsi="Arial"/>
          <w:b/>
          <w:color w:val="122F67"/>
          <w:sz w:val="34"/>
        </w:rPr>
        <w:t>MODELO 2</w:t>
      </w:r>
    </w:p>
    <w:p>
      <w:pPr>
        <w:jc w:val="center"/>
      </w:pPr>
      <w:r>
        <w:rPr>
          <w:rFonts w:ascii="Arial" w:hAnsi="Arial"/>
          <w:b/>
          <w:color w:val="122F67"/>
          <w:sz w:val="30"/>
        </w:rPr>
        <w:t>Terminación unilateral sin justa causa</w:t>
      </w:r>
    </w:p>
    <w:p>
      <w:pPr>
        <w:spacing w:after="120"/>
      </w:pPr>
      <w:r>
        <w:t>Este modelo corresponde a la decisión unilateral del empleador sin invocar una justa causa. La terminación y la eventual indemnización deben analizarse según el tipo de contrato y las reglas aplicables.</w:t>
      </w:r>
    </w:p>
    <w:p>
      <w:r>
        <w:rPr>
          <w:b/>
          <w:color w:val="122F67"/>
          <w:sz w:val="24"/>
        </w:rPr>
        <w:t>Carta</w:t>
      </w:r>
    </w:p>
    <w:p>
      <w:pPr>
        <w:spacing w:after="120"/>
      </w:pPr>
      <w:r>
        <w:t>[CIUDAD], [FECHA]</w:t>
      </w:r>
    </w:p>
    <w:p>
      <w:pPr>
        <w:spacing w:after="120"/>
      </w:pPr>
      <w:r>
        <w:t>Señor(a)</w:t>
        <w:br/>
        <w:t>[NOMBRE COMPLETO DEL TRABAJADOR]</w:t>
        <w:br/>
        <w:t>[C.C. / DOCUMENTO]</w:t>
        <w:br/>
        <w:t>[CARGO]</w:t>
      </w:r>
    </w:p>
    <w:p>
      <w:pPr>
        <w:spacing w:after="120"/>
      </w:pPr>
      <w:r>
        <w:t>Asunto: Comunicación de terminación unilateral del contrato de trabajo</w:t>
      </w:r>
    </w:p>
    <w:p>
      <w:pPr>
        <w:spacing w:after="120"/>
      </w:pPr>
      <w:r>
        <w:t>Respetado(a) señor(a) [APELLIDO]:</w:t>
      </w:r>
    </w:p>
    <w:p>
      <w:pPr>
        <w:spacing w:after="120"/>
      </w:pPr>
      <w:r>
        <w:t>Por medio de la presente, [NOMBRE DE LA EMPRESA], identificada con NIT [NIT], le comunica su decisión de dar por terminado unilateralmente su contrato de trabajo, sin invocar justa causa, con efectos a partir del [FECHA EFECTIVA DE TERMINACIÓN].</w:t>
      </w:r>
    </w:p>
    <w:p>
      <w:pPr>
        <w:spacing w:after="120"/>
      </w:pPr>
      <w:r>
        <w:t>La empresa efectuará el reconocimiento y pago de los salarios, prestaciones sociales, vacaciones y demás conceptos laborales que correspondan, así como la indemnización legal a que haya lugar, de conformidad con el artículo 64 del Código Sustantivo del Trabajo y según la modalidad de contrato aplicable.</w:t>
      </w:r>
    </w:p>
    <w:p>
      <w:pPr>
        <w:spacing w:after="120"/>
      </w:pPr>
      <w:r>
        <w:t>La liquidación y los documentos de cierre de la relación laboral serán puestos a disposición por los canales establecidos por la empresa.</w:t>
      </w:r>
    </w:p>
    <w:p>
      <w:pPr>
        <w:spacing w:after="120"/>
      </w:pPr>
      <w:r>
        <w:t>Atentamente,</w:t>
      </w:r>
    </w:p>
    <w:p>
      <w:pPr>
        <w:spacing w:after="120"/>
      </w:pPr>
      <w:r>
        <w:t>[NOMBRE DEL REPRESENTANTE]</w:t>
        <w:br/>
        <w:t>[CARGO]</w:t>
        <w:br/>
        <w:t>[EMPRESA]</w:t>
        <w:br/>
        <w:t>[FIRMA]</w:t>
      </w:r>
    </w:p>
    <w:p>
      <w:pPr>
        <w:spacing w:after="120"/>
      </w:pPr>
      <w:r>
        <w:t>Constancia de recibido:</w:t>
        <w:br/>
        <w:t>Nombre: ______________________________</w:t>
        <w:br/>
        <w:t>Documento: ___________________________</w:t>
        <w:br/>
        <w:t>Fecha: __________ Hora: __________</w:t>
        <w:br/>
        <w:t>Firma: _______________________________</w:t>
      </w:r>
    </w:p>
    <w:p>
      <w:r>
        <w:br w:type="page"/>
      </w:r>
    </w:p>
    <w:p>
      <w:pPr>
        <w:jc w:val="center"/>
      </w:pPr>
      <w:r>
        <w:rPr>
          <w:rFonts w:ascii="Arial" w:hAnsi="Arial"/>
          <w:b/>
          <w:color w:val="122F67"/>
          <w:sz w:val="34"/>
        </w:rPr>
        <w:t>MODELO 3</w:t>
      </w:r>
    </w:p>
    <w:p>
      <w:pPr>
        <w:jc w:val="center"/>
      </w:pPr>
      <w:r>
        <w:rPr>
          <w:rFonts w:ascii="Arial" w:hAnsi="Arial"/>
          <w:b/>
          <w:color w:val="122F67"/>
          <w:sz w:val="30"/>
        </w:rPr>
        <w:t>Terminación unilateral con justa causa</w:t>
      </w:r>
    </w:p>
    <w:p>
      <w:pPr>
        <w:spacing w:after="120"/>
      </w:pPr>
      <w:r>
        <w:t>Este modelo exige especial cuidado. La carta debe identificar de manera concreta la causal o motivo de la terminación. Si la decisión se basa en una conducta disciplinaria, debe haberse respetado el debido proceso aplicable.</w:t>
      </w:r>
    </w:p>
    <w:p>
      <w:r>
        <w:rPr>
          <w:b/>
          <w:color w:val="122F67"/>
          <w:sz w:val="24"/>
        </w:rPr>
        <w:t>Carta</w:t>
      </w:r>
    </w:p>
    <w:p>
      <w:pPr>
        <w:spacing w:after="120"/>
      </w:pPr>
      <w:r>
        <w:t>[CIUDAD], [FECHA]</w:t>
      </w:r>
    </w:p>
    <w:p>
      <w:pPr>
        <w:spacing w:after="120"/>
      </w:pPr>
      <w:r>
        <w:t>Señor(a)</w:t>
        <w:br/>
        <w:t>[NOMBRE COMPLETO DEL TRABAJADOR]</w:t>
        <w:br/>
        <w:t>[C.C. / DOCUMENTO]</w:t>
        <w:br/>
        <w:t>[CARGO]</w:t>
      </w:r>
    </w:p>
    <w:p>
      <w:pPr>
        <w:spacing w:after="120"/>
      </w:pPr>
      <w:r>
        <w:t>Asunto: Terminación unilateral del contrato de trabajo con justa causa</w:t>
      </w:r>
    </w:p>
    <w:p>
      <w:pPr>
        <w:spacing w:after="120"/>
      </w:pPr>
      <w:r>
        <w:t>Respetado(a) señor(a) [APELLIDO]:</w:t>
      </w:r>
    </w:p>
    <w:p>
      <w:pPr>
        <w:spacing w:after="120"/>
      </w:pPr>
      <w:r>
        <w:t>Por medio de la presente, [NOMBRE DE LA EMPRESA], identificada con NIT [NIT], le comunica la decisión de dar por terminado unilateralmente su contrato de trabajo, con efectos a partir del [FECHA], con fundamento en la siguiente causal o motivo:</w:t>
      </w:r>
    </w:p>
    <w:p>
      <w:pPr>
        <w:spacing w:after="120"/>
      </w:pPr>
      <w:r>
        <w:t>[DESCRIBIR DE FORMA CONCRETA Y OBJETIVA LA CAUSAL, LOS HECHOS RELEVANTES, LAS FECHAS Y EL FUNDAMENTO CONTRACTUAL O LEGAL QUE CORRESPONDA.]</w:t>
      </w:r>
    </w:p>
    <w:p>
      <w:pPr>
        <w:spacing w:after="120"/>
      </w:pPr>
      <w:r>
        <w:t>Los hechos que sustentan esta decisión son los siguientes:</w:t>
      </w:r>
    </w:p>
    <w:p>
      <w:pPr>
        <w:spacing w:after="120"/>
      </w:pPr>
      <w:r>
        <w:t>________________________________________________________________________________</w:t>
      </w:r>
    </w:p>
    <w:p>
      <w:pPr>
        <w:spacing w:after="120"/>
      </w:pPr>
      <w:r>
        <w:t>________________________________________________________________________________</w:t>
      </w:r>
    </w:p>
    <w:p>
      <w:pPr>
        <w:spacing w:after="120"/>
      </w:pPr>
      <w:r>
        <w:t>________________________________________________________________________________</w:t>
      </w:r>
    </w:p>
    <w:p>
      <w:pPr>
        <w:spacing w:after="120"/>
      </w:pPr>
      <w:r>
        <w:t>________________________________________________________________________________</w:t>
      </w:r>
    </w:p>
    <w:p>
      <w:pPr>
        <w:spacing w:after="120"/>
      </w:pPr>
      <w:r>
        <w:t>________________________________________________________________________________</w:t>
      </w:r>
    </w:p>
    <w:p>
      <w:pPr>
        <w:spacing w:after="120"/>
      </w:pPr>
      <w:r>
        <w:t>Cuando corresponda, indique aquí la actuación previa realizada y el resultado de la misma:</w:t>
        <w:br/>
        <w:t>[FECHA DE COMUNICACIÓN / DESCARGOS / VALORACIÓN DE PRUEBAS / DECISIÓN].</w:t>
      </w:r>
    </w:p>
    <w:p>
      <w:pPr>
        <w:spacing w:after="120"/>
      </w:pPr>
      <w:r>
        <w:t>La decisión produce efectos a partir de [FECHA]. La empresa realizará el reconocimiento y pago de los conceptos laborales que correspondan al cierre de la relación laboral.</w:t>
      </w:r>
    </w:p>
    <w:p>
      <w:pPr>
        <w:spacing w:after="120"/>
      </w:pPr>
      <w:r>
        <w:t>Atentamente,</w:t>
      </w:r>
    </w:p>
    <w:p>
      <w:pPr>
        <w:spacing w:after="120"/>
      </w:pPr>
      <w:r>
        <w:t>[NOMBRE DEL REPRESENTANTE]</w:t>
        <w:br/>
        <w:t>[CARGO]</w:t>
        <w:br/>
        <w:t>[EMPRESA]</w:t>
        <w:br/>
        <w:t>[FIRMA]</w:t>
      </w:r>
    </w:p>
    <w:p>
      <w:pPr>
        <w:spacing w:after="120"/>
      </w:pPr>
      <w:r>
        <w:t>Constancia de recibido:</w:t>
        <w:br/>
        <w:t>Nombre: ______________________________</w:t>
        <w:br/>
        <w:t>Documento: ___________________________</w:t>
        <w:br/>
        <w:t>Fecha: __________ Hora: __________</w:t>
        <w:br/>
        <w:t>Firma: _______________________________</w:t>
      </w:r>
    </w:p>
    <w:p>
      <w:r>
        <w:br w:type="page"/>
      </w:r>
    </w:p>
    <w:p>
      <w:pPr>
        <w:jc w:val="center"/>
      </w:pPr>
      <w:r>
        <w:rPr>
          <w:rFonts w:ascii="Arial" w:hAnsi="Arial"/>
          <w:b/>
          <w:color w:val="122F67"/>
          <w:sz w:val="34"/>
        </w:rPr>
        <w:t>MODELO 4</w:t>
      </w:r>
    </w:p>
    <w:p>
      <w:pPr>
        <w:jc w:val="center"/>
      </w:pPr>
      <w:r>
        <w:rPr>
          <w:rFonts w:ascii="Arial" w:hAnsi="Arial"/>
          <w:b/>
          <w:color w:val="122F67"/>
          <w:sz w:val="30"/>
        </w:rPr>
        <w:t>Terminación por mutuo acuerdo</w:t>
      </w:r>
    </w:p>
    <w:p>
      <w:pPr>
        <w:spacing w:after="120"/>
      </w:pPr>
      <w:r>
        <w:t>Este modelo debe utilizarse únicamente cuando ambas partes hayan acordado libremente terminar la relación laboral. No debe presentarse como una renuncia forzada ni confundirse con un despido unilateral.</w:t>
      </w:r>
    </w:p>
    <w:p>
      <w:r>
        <w:rPr>
          <w:b/>
          <w:color w:val="122F67"/>
          <w:sz w:val="24"/>
        </w:rPr>
        <w:t>Acuerdo</w:t>
      </w:r>
    </w:p>
    <w:p>
      <w:pPr>
        <w:spacing w:after="120"/>
      </w:pPr>
      <w:r>
        <w:t>[CIUDAD], [FECHA]</w:t>
      </w:r>
    </w:p>
    <w:p>
      <w:pPr>
        <w:spacing w:after="120"/>
      </w:pPr>
      <w:r>
        <w:t>Entre [NOMBRE DE LA EMPRESA], identificada con NIT [NIT], representada por [NOMBRE Y CARGO], y [NOMBRE DEL TRABAJADOR], identificado(a) con [DOCUMENTO], se acuerda lo siguiente:</w:t>
      </w:r>
    </w:p>
    <w:p>
      <w:pPr>
        <w:spacing w:after="120"/>
      </w:pPr>
      <w:r>
        <w:t>PRIMERO. Las partes manifiestan de manera libre y expresa su voluntad de dar por terminado, de común acuerdo, el contrato de trabajo iniciado el [FECHA DE INICIO].</w:t>
      </w:r>
    </w:p>
    <w:p>
      <w:pPr>
        <w:spacing w:after="120"/>
      </w:pPr>
      <w:r>
        <w:t>SEGUNDO. La terminación tendrá efectos a partir del [FECHA EFECTIVA DE TERMINACIÓN].</w:t>
      </w:r>
    </w:p>
    <w:p>
      <w:pPr>
        <w:spacing w:after="120"/>
      </w:pPr>
      <w:r>
        <w:t>TERCERO. La empresa realizará el reconocimiento y pago de los salarios, prestaciones sociales, vacaciones y demás conceptos laborales que correspondan hasta la fecha efectiva de terminación.</w:t>
      </w:r>
    </w:p>
    <w:p>
      <w:pPr>
        <w:spacing w:after="120"/>
      </w:pPr>
      <w:r>
        <w:t>CUARTO. Las partes dejan constancia de que el presente acuerdo refleja su voluntad y que su contenido corresponde a lo efectivamente convenido entre ellas.</w:t>
      </w:r>
    </w:p>
    <w:p>
      <w:pPr>
        <w:spacing w:after="120"/>
      </w:pPr>
      <w:r>
        <w:t>QUINTO. [INCLUIR AQUÍ, SI APLICA, LOS ASPECTOS ECONÓMICOS ADICIONALES QUE HAYAN SIDO ACORDADOS, CON SU DESCRIPCIÓN CLARA.]</w:t>
      </w:r>
    </w:p>
    <w:p>
      <w:pPr>
        <w:spacing w:after="120"/>
      </w:pPr>
      <w:r>
        <w:t>En constancia, se firma en [CIUDAD] a los [DÍA] días del mes de [MES] de [AÑO].</w:t>
      </w:r>
    </w:p>
    <w:p>
      <w:pPr>
        <w:spacing w:after="120"/>
      </w:pPr>
      <w:r>
        <w:t>EL EMPLEADOR</w:t>
        <w:br/>
        <w:br/>
        <w:t>Nombre: ______________________________</w:t>
        <w:br/>
        <w:t>Cargo: _______________________________</w:t>
        <w:br/>
        <w:t>Firma: _______________________________</w:t>
      </w:r>
    </w:p>
    <w:p>
      <w:pPr>
        <w:spacing w:after="120"/>
      </w:pPr>
      <w:r>
        <w:t>EL TRABAJADOR</w:t>
        <w:br/>
        <w:br/>
        <w:t>Nombre: ______________________________</w:t>
        <w:br/>
        <w:t>Documento: ___________________________</w:t>
        <w:br/>
        <w:t>Firma: _______________________________</w:t>
      </w:r>
    </w:p>
    <w:p>
      <w:r>
        <w:br w:type="page"/>
      </w:r>
    </w:p>
    <w:p>
      <w:pPr>
        <w:jc w:val="center"/>
      </w:pPr>
      <w:r>
        <w:rPr>
          <w:rFonts w:ascii="Arial" w:hAnsi="Arial"/>
          <w:b/>
          <w:color w:val="122F67"/>
          <w:sz w:val="30"/>
        </w:rPr>
        <w:t>LISTA DE VERIFICACIÓN</w:t>
      </w:r>
    </w:p>
    <w:p>
      <w:r>
        <w:rPr>
          <w:b/>
          <w:color w:val="122F67"/>
          <w:sz w:val="24"/>
        </w:rPr>
        <w:t>Antes de entregar la carta</w:t>
      </w:r>
    </w:p>
    <w:p>
      <w:pPr>
        <w:spacing w:after="120"/>
      </w:pPr>
      <w:r>
        <w:t>☐ Tipo de contrato identificado correctamente.</w:t>
      </w:r>
    </w:p>
    <w:p>
      <w:pPr>
        <w:spacing w:after="120"/>
      </w:pPr>
      <w:r>
        <w:t>☐ Fecha de inicio y fecha efectiva de terminación verificadas.</w:t>
      </w:r>
    </w:p>
    <w:p>
      <w:pPr>
        <w:spacing w:after="120"/>
      </w:pPr>
      <w:r>
        <w:t>☐ Modalidad de terminación corresponde a la situación real.</w:t>
      </w:r>
    </w:p>
    <w:p>
      <w:pPr>
        <w:spacing w:after="120"/>
      </w:pPr>
      <w:r>
        <w:t>☐ En no prórroga de término fijo, se verificó el aviso exigido por la legislación vigente.</w:t>
      </w:r>
    </w:p>
    <w:p>
      <w:pPr>
        <w:spacing w:after="120"/>
      </w:pPr>
      <w:r>
        <w:t>☐ En terminación con justa causa, la causal y los hechos están expresados de forma concreta.</w:t>
      </w:r>
    </w:p>
    <w:p>
      <w:pPr>
        <w:spacing w:after="120"/>
      </w:pPr>
      <w:r>
        <w:t>☐ Si existe actuación disciplinaria, se revisó el debido proceso aplicable.</w:t>
      </w:r>
    </w:p>
    <w:p>
      <w:pPr>
        <w:spacing w:after="120"/>
      </w:pPr>
      <w:r>
        <w:t>☐ Se revisó si existe estabilidad laboral reforzada o protección especial.</w:t>
      </w:r>
    </w:p>
    <w:p>
      <w:pPr>
        <w:spacing w:after="120"/>
      </w:pPr>
      <w:r>
        <w:t>☐ Se preparó la liquidación y documentos de cierre correspondientes.</w:t>
      </w:r>
    </w:p>
    <w:p>
      <w:pPr>
        <w:spacing w:after="120"/>
      </w:pPr>
      <w:r>
        <w:t>☐ Se conserva evidencia de entrega o recepción.</w:t>
      </w:r>
    </w:p>
    <w:p>
      <w:r>
        <w:rPr>
          <w:b/>
          <w:color w:val="122F67"/>
          <w:sz w:val="24"/>
        </w:rPr>
        <w:t>Fuentes oficiales consultadas</w:t>
      </w:r>
    </w:p>
    <w:p>
      <w:pPr>
        <w:spacing w:after="120"/>
      </w:pPr>
      <w:r>
        <w:t>• Código Sustantivo del Trabajo, artículos 46, 61, 62, 64, 66 y normas relacionadas.</w:t>
      </w:r>
    </w:p>
    <w:p>
      <w:pPr>
        <w:spacing w:after="120"/>
      </w:pPr>
      <w:r>
        <w:t>• Ley 2466 de 2025, especialmente sus artículos 5, 6 y 7.</w:t>
      </w:r>
    </w:p>
    <w:p>
      <w:pPr>
        <w:spacing w:after="120"/>
      </w:pPr>
      <w:r>
        <w:t>• Corte Constitucional, Sentencia C-593 de 2014, sobre garantías de debido proceso en actuaciones disciplinarias laborales.</w:t>
      </w:r>
    </w:p>
    <w:p>
      <w:r>
        <w:rPr>
          <w:b/>
          <w:color w:val="122F67"/>
          <w:sz w:val="24"/>
        </w:rPr>
        <w:t>Aviso</w:t>
      </w:r>
    </w:p>
    <w:p>
      <w:pPr>
        <w:spacing w:after="120"/>
      </w:pPr>
      <w:r>
        <w:t>Este archivo es un modelo documental de referencia para relaciones laborales regidas por el Código Sustantivo del Trabajo en Colombia. La utilización del formato no determina por sí sola que una terminación sea válida o procedente. La legalidad de cada terminación depende de los hechos, el contrato, la modalidad de vinculación, las protecciones aplicables y el procedimiento seguido.</w:t>
      </w:r>
    </w:p>
    <w:p>
      <w:pPr>
        <w:jc w:val="center"/>
      </w:pPr>
      <w:r>
        <w:rPr>
          <w:b/>
          <w:color w:val="122F67"/>
        </w:rPr>
        <w:t>FormatosPro.com</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