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17365D"/>
          <w:sz w:val="46"/>
        </w:rPr>
        <w:t>ORDEN DE COMPRA</w:t>
      </w:r>
    </w:p>
    <w:p>
      <w:pPr>
        <w:spacing w:after="120"/>
      </w:pPr>
      <w:r>
        <w:t>Formato para registrar la solicitud de bienes o servicios y dejar por escrito las condiciones comerciales acordadas.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N.º de orden</w:t>
            </w:r>
          </w:p>
        </w:tc>
        <w:tc>
          <w:tcPr>
            <w:tcW w:type="dxa" w:w="35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OC-____________</w:t>
            </w:r>
          </w:p>
        </w:tc>
        <w:tc>
          <w:tcPr>
            <w:tcW w:type="dxa" w:w="22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Fecha de emisión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 / ____ / ______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Cotización de referencia</w:t>
            </w:r>
          </w:p>
        </w:tc>
        <w:tc>
          <w:tcPr>
            <w:tcW w:type="dxa" w:w="35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</w:t>
            </w:r>
          </w:p>
        </w:tc>
        <w:tc>
          <w:tcPr>
            <w:tcW w:type="dxa" w:w="22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Vigencia / fecha requerida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</w:t>
            </w:r>
          </w:p>
        </w:tc>
      </w:tr>
    </w:tbl>
    <w:p>
      <w:pPr>
        <w:pStyle w:val="Heading1"/>
      </w:pPr>
      <w:r>
        <w:t>1. Datos del comprador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Razón social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NIT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Dirección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Ciudad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Responsable / área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Teléfono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Correo para facturación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Centro de costos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</w:tbl>
    <w:p>
      <w:pPr>
        <w:pStyle w:val="Heading1"/>
      </w:pPr>
      <w:r>
        <w:t>2. Datos del proveedor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Razón social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NIT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Dirección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Ciudad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Contacto comercial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Teléfono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Correo electrónico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Cotización / asesor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</w:tbl>
    <w:p>
      <w:pPr>
        <w:pStyle w:val="Heading1"/>
      </w:pPr>
      <w:r>
        <w:t>3. Bienes o servicios solicitados</w:t>
      </w:r>
    </w:p>
    <w:p>
      <w:r>
        <w:t>Describe cada ítem con suficiente detalle para comprobar sus características, cantidades y precios.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2"/>
        <w:gridCol w:w="1502"/>
        <w:gridCol w:w="1502"/>
        <w:gridCol w:w="1502"/>
        <w:gridCol w:w="1502"/>
        <w:gridCol w:w="1502"/>
        <w:gridCol w:w="1502"/>
      </w:tblGrid>
      <w:tr>
        <w:trPr>
          <w:cantSplit/>
        </w:trPr>
        <w:tc>
          <w:tcPr>
            <w:tcW w:type="dxa" w:w="57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Ítem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Código / SKU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Descripción y especificaciones</w:t>
            </w:r>
          </w:p>
        </w:tc>
        <w:tc>
          <w:tcPr>
            <w:tcW w:type="dxa" w:w="79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Unidad</w:t>
            </w:r>
          </w:p>
        </w:tc>
        <w:tc>
          <w:tcPr>
            <w:tcW w:type="dxa" w:w="86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Cantidad</w:t>
            </w:r>
          </w:p>
        </w:tc>
        <w:tc>
          <w:tcPr>
            <w:tcW w:type="dxa" w:w="151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Valor unitario (COP)</w:t>
            </w:r>
          </w:p>
        </w:tc>
        <w:tc>
          <w:tcPr>
            <w:tcW w:type="dxa" w:w="129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Subtotal (COP)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br/>
              <w:br/>
            </w:r>
          </w:p>
        </w:tc>
        <w:tc>
          <w:tcPr>
            <w:tcW w:type="dxa" w:w="79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86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51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  <w:tc>
          <w:tcPr>
            <w:tcW w:type="dxa" w:w="129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br/>
              <w:br/>
            </w:r>
          </w:p>
        </w:tc>
        <w:tc>
          <w:tcPr>
            <w:tcW w:type="dxa" w:w="79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86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51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  <w:tc>
          <w:tcPr>
            <w:tcW w:type="dxa" w:w="129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br/>
              <w:br/>
            </w:r>
          </w:p>
        </w:tc>
        <w:tc>
          <w:tcPr>
            <w:tcW w:type="dxa" w:w="79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86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51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  <w:tc>
          <w:tcPr>
            <w:tcW w:type="dxa" w:w="129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br/>
              <w:br/>
            </w:r>
          </w:p>
        </w:tc>
        <w:tc>
          <w:tcPr>
            <w:tcW w:type="dxa" w:w="79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86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51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  <w:tc>
          <w:tcPr>
            <w:tcW w:type="dxa" w:w="129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br/>
              <w:br/>
            </w:r>
          </w:p>
        </w:tc>
        <w:tc>
          <w:tcPr>
            <w:tcW w:type="dxa" w:w="79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86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51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  <w:tc>
          <w:tcPr>
            <w:tcW w:type="dxa" w:w="129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$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cantSplit/>
        </w:trPr>
        <w:tc>
          <w:tcPr>
            <w:tcW w:type="dxa" w:w="83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Subtotal antes de impuestos</w:t>
            </w:r>
          </w:p>
        </w:tc>
        <w:tc>
          <w:tcPr>
            <w:tcW w:type="dxa" w:w="2880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$ __________________</w:t>
            </w:r>
          </w:p>
        </w:tc>
      </w:tr>
      <w:tr>
        <w:trPr>
          <w:cantSplit/>
        </w:trPr>
        <w:tc>
          <w:tcPr>
            <w:tcW w:type="dxa" w:w="83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Descuentos (si aplica)</w:t>
            </w:r>
          </w:p>
        </w:tc>
        <w:tc>
          <w:tcPr>
            <w:tcW w:type="dxa" w:w="2880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$ __________________</w:t>
            </w:r>
          </w:p>
        </w:tc>
      </w:tr>
      <w:tr>
        <w:trPr>
          <w:cantSplit/>
        </w:trPr>
        <w:tc>
          <w:tcPr>
            <w:tcW w:type="dxa" w:w="83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Impuestos (según corresponda)</w:t>
            </w:r>
          </w:p>
        </w:tc>
        <w:tc>
          <w:tcPr>
            <w:tcW w:type="dxa" w:w="2880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$ __________________</w:t>
            </w:r>
          </w:p>
        </w:tc>
      </w:tr>
      <w:tr>
        <w:trPr>
          <w:cantSplit/>
        </w:trPr>
        <w:tc>
          <w:tcPr>
            <w:tcW w:type="dxa" w:w="835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TOTAL DE LA ORDEN</w:t>
            </w:r>
          </w:p>
        </w:tc>
        <w:tc>
          <w:tcPr>
            <w:tcW w:type="dxa" w:w="2880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$ __________________</w:t>
            </w:r>
          </w:p>
        </w:tc>
      </w:tr>
    </w:tbl>
    <w:p>
      <w:pPr>
        <w:pStyle w:val="Heading1"/>
      </w:pPr>
      <w:r>
        <w:t>4. Condiciones de entrega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Fecha límite / estimada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</w:t>
            </w:r>
          </w:p>
        </w:tc>
        <w:tc>
          <w:tcPr>
            <w:tcW w:type="dxa" w:w="18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Lugar de entrega</w:t>
            </w:r>
          </w:p>
        </w:tc>
        <w:tc>
          <w:tcPr>
            <w:tcW w:type="dxa" w:w="388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Horario de recepción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</w:t>
            </w:r>
          </w:p>
        </w:tc>
        <w:tc>
          <w:tcPr>
            <w:tcW w:type="dxa" w:w="18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Responsable de recibir</w:t>
            </w:r>
          </w:p>
        </w:tc>
        <w:tc>
          <w:tcPr>
            <w:tcW w:type="dxa" w:w="388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Flete a cargo de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☐ Comprador  ☐ Proveedor</w:t>
            </w:r>
          </w:p>
        </w:tc>
        <w:tc>
          <w:tcPr>
            <w:tcW w:type="dxa" w:w="18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¿Permite entrega parcial?</w:t>
            </w:r>
          </w:p>
        </w:tc>
        <w:tc>
          <w:tcPr>
            <w:tcW w:type="dxa" w:w="388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☐ Sí  ☐ No</w:t>
            </w:r>
          </w:p>
        </w:tc>
      </w:tr>
    </w:tbl>
    <w:p>
      <w:pPr>
        <w:pStyle w:val="Heading1"/>
      </w:pPr>
      <w:r>
        <w:t>5. Condiciones comerciales y de pago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Forma de pago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☐ Contado  ☐ Anticipo  ☐ Crédito  ☐ Otra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Plazo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Fecha / evento de pago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Moneda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COP / otra: ______________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Garantía / soporte</w:t>
            </w:r>
          </w:p>
        </w:tc>
        <w:tc>
          <w:tcPr>
            <w:tcW w:type="dxa" w:w="367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____________________________</w:t>
            </w:r>
          </w:p>
        </w:tc>
        <w:tc>
          <w:tcPr>
            <w:tcW w:type="dxa" w:w="1728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D9EAF7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7365D"/>
                <w:sz w:val="16"/>
              </w:rPr>
              <w:t>Vigencia de oferta</w:t>
            </w:r>
          </w:p>
        </w:tc>
        <w:tc>
          <w:tcPr>
            <w:tcW w:type="dxa" w:w="403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6"/>
              </w:rPr>
              <w:t>________________________</w:t>
            </w:r>
          </w:p>
        </w:tc>
      </w:tr>
    </w:tbl>
    <w:p>
      <w:r>
        <w:rPr>
          <w:b/>
          <w:color w:val="17365D"/>
        </w:rPr>
        <w:t xml:space="preserve">Impuestos y retenciones: </w:t>
      </w:r>
      <w:r>
        <w:t>registra los valores aplicables según la operación y la situación tributaria de las partes.</w:t>
      </w:r>
    </w:p>
    <w:p>
      <w:pPr>
        <w:pStyle w:val="Heading1"/>
      </w:pPr>
      <w:r>
        <w:t>6. Observaciones e instrucciones especiales</w:t>
      </w:r>
    </w:p>
    <w:p>
      <w:pPr>
        <w:spacing w:after="80"/>
      </w:pPr>
      <w:r>
        <w:rPr>
          <w:color w:val="A5AFBC"/>
        </w:rPr>
        <w:t>________________________________________________________________________________________________</w:t>
      </w:r>
    </w:p>
    <w:p>
      <w:pPr>
        <w:spacing w:after="80"/>
      </w:pPr>
      <w:r>
        <w:rPr>
          <w:color w:val="A5AFBC"/>
        </w:rPr>
        <w:t>________________________________________________________________________________________________</w:t>
      </w:r>
    </w:p>
    <w:p>
      <w:pPr>
        <w:spacing w:after="80"/>
      </w:pPr>
      <w:r>
        <w:rPr>
          <w:color w:val="A5AFBC"/>
        </w:rPr>
        <w:t>________________________________________________________________________________________________</w:t>
      </w:r>
    </w:p>
    <w:p>
      <w:pPr>
        <w:pStyle w:val="Heading1"/>
      </w:pPr>
      <w:r>
        <w:t>7. Aprobación y aceptación</w:t>
      </w:r>
    </w:p>
    <w:p>
      <w:r>
        <w:t>La orden debe ser revisada por la persona autorizada del comprador y remitida al proveedor para confirmar su aceptación y las condiciones pactadas. Conserva el soporte de envío y respuesta junto con la cotización relacionada.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cantSplit/>
        </w:trPr>
        <w:tc>
          <w:tcPr>
            <w:tcW w:type="dxa" w:w="56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AUTORIZACIÓN DEL COMPRADOR</w:t>
            </w:r>
          </w:p>
        </w:tc>
        <w:tc>
          <w:tcPr>
            <w:tcW w:type="dxa" w:w="56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17365D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ACEPTACIÓN DEL PROVEEDOR</w:t>
            </w:r>
          </w:p>
        </w:tc>
      </w:tr>
      <w:tr>
        <w:trPr>
          <w:cantSplit/>
        </w:trPr>
        <w:tc>
          <w:tcPr>
            <w:tcW w:type="dxa" w:w="56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Firma: ________________________________</w:t>
              <w:br/>
              <w:t>Nombre: ______________________________</w:t>
            </w:r>
          </w:p>
        </w:tc>
        <w:tc>
          <w:tcPr>
            <w:tcW w:type="dxa" w:w="56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Firma / confirmación: ______________________</w:t>
              <w:br/>
              <w:t>Nombre: ______________________________</w:t>
            </w:r>
          </w:p>
        </w:tc>
      </w:tr>
      <w:tr>
        <w:trPr>
          <w:cantSplit/>
        </w:trPr>
        <w:tc>
          <w:tcPr>
            <w:tcW w:type="dxa" w:w="56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Cargo: _______________________________</w:t>
              <w:br/>
              <w:t>Fecha: _______________________________</w:t>
            </w:r>
          </w:p>
        </w:tc>
        <w:tc>
          <w:tcPr>
            <w:tcW w:type="dxa" w:w="5616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5"/>
              </w:rPr>
              <w:t>Cargo: _________________________________</w:t>
              <w:br/>
              <w:t>Fecha: _______________________________</w:t>
            </w:r>
          </w:p>
        </w:tc>
      </w:tr>
    </w:tbl>
    <w:p>
      <w:pPr>
        <w:pStyle w:val="Heading1"/>
      </w:pPr>
      <w:r>
        <w:t>Lista de verificación antes de enviar</w:t>
      </w:r>
    </w:p>
    <w:p>
      <w:pPr>
        <w:spacing w:after="20"/>
      </w:pPr>
      <w:r>
        <w:t>☐ Presupuesto y cotización aprobados y vigentes.</w:t>
      </w:r>
    </w:p>
    <w:p>
      <w:pPr>
        <w:spacing w:after="20"/>
      </w:pPr>
      <w:r>
        <w:t>☐ Datos del comprador y proveedor verificados.</w:t>
      </w:r>
    </w:p>
    <w:p>
      <w:pPr>
        <w:spacing w:after="20"/>
      </w:pPr>
      <w:r>
        <w:t>☐ Descripciones, cantidades, precios e impuestos revisados.</w:t>
      </w:r>
    </w:p>
    <w:p>
      <w:pPr>
        <w:spacing w:after="20"/>
      </w:pPr>
      <w:r>
        <w:t>☐ Dirección, fecha y condiciones de entrega confirmadas.</w:t>
      </w:r>
    </w:p>
    <w:p>
      <w:pPr>
        <w:spacing w:after="20"/>
      </w:pPr>
      <w:r>
        <w:t>☐ Condiciones de pago y responsable de aprobación definidos.</w:t>
      </w:r>
    </w:p>
    <w:p>
      <w:pPr>
        <w:spacing w:after="20"/>
      </w:pPr>
      <w:r>
        <w:t>☐ Se solicitó y archivó la aceptación del proveedor.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cantSplit/>
        </w:trPr>
        <w:tc>
          <w:tcPr>
            <w:tcW w:type="dxa" w:w="10512"/>
            <w:vAlign w:val="center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shd w:fill="F3F7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5B6573"/>
                <w:sz w:val="16"/>
              </w:rPr>
              <w:t>NOTA DE USO | Este modelo es una guía administrativa editable. Adáptalo a los procedimientos internos y a las condiciones específicas de la operación. La orden de compra no sustituye por sí sola la factura electrónica ni otros soportes que puedan ser necesarios; valida los requisitos aplicables con el área contable o con un profesional.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4"/>
      </w:rPr>
      <w:t>FormatosPro • Modelo editable de orden de compra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2F75B5"/>
        <w:sz w:val="24"/>
      </w:rPr>
      <w:t>FormatosPro</w:t>
    </w:r>
    <w:r>
      <w:rPr>
        <w:color w:val="5B6573"/>
        <w:sz w:val="16"/>
      </w:rPr>
      <w:t xml:space="preserve">  |  FORMATO EDITABLE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32D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75B5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7365D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